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89A" w:rsidRDefault="009E2BA2">
      <w:pPr>
        <w:pStyle w:val="Cm"/>
      </w:pPr>
      <w:r>
        <w:t>VÁLLALKOZÁSI FELTÉTELEK ÉS ÍRÁSOS TÁJÉKOZTATÓ</w:t>
      </w:r>
    </w:p>
    <w:p w:rsidR="00BD489A" w:rsidRDefault="009E2BA2">
      <w:pPr>
        <w:pStyle w:val="Cmsor1"/>
      </w:pPr>
      <w:r>
        <w:t>„BE” kategória – személygépkocsi nehéz pótkocsival</w:t>
      </w:r>
    </w:p>
    <w:p w:rsidR="00BD489A" w:rsidRDefault="009E2BA2">
      <w:r>
        <w:rPr>
          <w:b/>
          <w:color w:val="AA321F"/>
        </w:rPr>
        <w:t>JELENLEG NEM INDUL KÉPZÉS A FORDULAT AUTÓS-MOTOROS ISKOLÁBAN</w:t>
      </w:r>
    </w:p>
    <w:p w:rsidR="00BD489A" w:rsidRDefault="009E2BA2">
      <w:r>
        <w:t xml:space="preserve">A feltüntetett díjak és képzési feltételek tájékoztató jellegűek. Beiratkozás és tanfolyamindítás </w:t>
      </w:r>
      <w:r>
        <w:t>jelenleg nem érhető el. Új képzés indításáról az iskola külön tájékoztatást ad.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BD489A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Képzés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Tájékoztató szerinti adatok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312 800 Ft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18 tanóra tantermi minimum; e-learning is elérhető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Gyakorlati képzés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11 tanóra / 550 p</w:t>
            </w:r>
            <w:r>
              <w:rPr>
                <w:sz w:val="16"/>
              </w:rPr>
              <w:t>erc, legalább 220 km; díjazott vizsgaóra: 1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Képzés indítása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Jelenleg nem elérhető</w:t>
            </w:r>
          </w:p>
        </w:tc>
      </w:tr>
    </w:tbl>
    <w:p w:rsidR="00BD489A" w:rsidRDefault="009E2BA2">
      <w:pPr>
        <w:pStyle w:val="Cmsor1"/>
      </w:pPr>
      <w:r>
        <w:t>1. A képző szerv adatai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BD489A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Adat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Fordulat Szolgáltató Kft.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Autósiskola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Fordulat Autós-Motoros Iskola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Székhely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1147 Budapest, Kerékgyártó utca 108.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Ügyfélfogadás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 xml:space="preserve">1134 </w:t>
            </w:r>
            <w:r>
              <w:rPr>
                <w:sz w:val="16"/>
              </w:rPr>
              <w:t>Budapest, Kassák Lajos utca 32.</w:t>
            </w:r>
            <w:r>
              <w:t xml:space="preserve"> • Telefon: +36 70 883 8484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Cégjegyzékszám; adószám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01-09-186175; 24856915-1-42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Nyilvántartási azonosítók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B/2020/001772; lajstromszám: 6915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Iskolavezető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Hartman Sándor</w:t>
            </w:r>
            <w:r>
              <w:t>, +36 70 883 8484, info@fordulatjogositvany.hu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Telefon / e-mail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+36 70 883 8484 / info@fordulatjogositvany.hu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Web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www.fordulatjogositvany.hu</w:t>
            </w:r>
          </w:p>
        </w:tc>
      </w:tr>
    </w:tbl>
    <w:p w:rsidR="00BD489A" w:rsidRDefault="009E2BA2">
      <w:pPr>
        <w:pStyle w:val="Cmsor2"/>
      </w:pPr>
      <w:r>
        <w:t>1.1. Ügyfélfogadás</w:t>
      </w:r>
    </w:p>
    <w:p w:rsidR="00BD489A" w:rsidRDefault="009E2BA2">
      <w:r>
        <w:t>Hétfő–csütörtök 10:00–18:00, péntek 10:00–15:00. Szombaton és vasárnap nincs ügyfélfogadás. Időpontfoglalás ajánlott, de nem kötelező.</w:t>
      </w:r>
    </w:p>
    <w:p w:rsidR="00BD489A" w:rsidRDefault="009E2BA2">
      <w:pPr>
        <w:pStyle w:val="Cmsor1"/>
      </w:pPr>
      <w:r>
        <w:t>2. Jelentkezés és felvételi feltételek</w:t>
      </w:r>
    </w:p>
    <w:p w:rsidR="00BD489A" w:rsidRDefault="009E2BA2">
      <w:r>
        <w:t>Jelentkezési lehetőségek (képzésind</w:t>
      </w:r>
      <w:r>
        <w:t>ítás esetén): személyesen, e-mailben vagy online. Szükséges iratok: érvényes személyazonosító igazolvány vagy útlevél vagy kártyaformátumú vezetői engedély, lakcímkártya, meglévő vezetői engedély, alkalmassági vélemény, iskolai végzettség igazolása, szükség szerint további hatósági igazolások.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BD489A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Feltétel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Kategóriaspecifikus követelmény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Előzetes jogosultság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Érvényes, nem kezdő B kategóriás vezetői engedély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Életkor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18 év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Egészségi alkalmasság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1. alkalmassági csoport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Iskolai végzettség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 xml:space="preserve">Legalább alapfokú iskolai végzettség; az első hatósági </w:t>
            </w:r>
            <w:r>
              <w:rPr>
                <w:sz w:val="16"/>
              </w:rPr>
              <w:t>vizsgán igazolandó</w:t>
            </w:r>
          </w:p>
        </w:tc>
      </w:tr>
    </w:tbl>
    <w:p w:rsidR="00BD489A" w:rsidRDefault="009E2BA2">
      <w:pPr>
        <w:pStyle w:val="Cmsor2"/>
      </w:pPr>
      <w:r>
        <w:t>2.1. Az iskolai végzettség igazolása</w:t>
      </w:r>
    </w:p>
    <w:p w:rsidR="00BD489A" w:rsidRDefault="009E2BA2">
      <w:r>
        <w:t xml:space="preserve">Az alapfokú végzettség igazolható korábban szerzett, megfelelő vezetői engedéllyel; az iskolai bizonyítvány eredeti vagy hitelesített példányával; illetve az alkalmazandó hatósági szabály szerint </w:t>
      </w:r>
      <w:r>
        <w:t>elfogadott egyéb okirattal. Külföldi bizonyítvány esetében szükség lehet az eredeti okmányra, hiteles fordításra és az elismerést igazoló hatósági iratra; ezek pontos körét az okirat típusa határozza meg.</w:t>
      </w:r>
    </w:p>
    <w:p w:rsidR="00BD489A" w:rsidRDefault="009E2BA2">
      <w:pPr>
        <w:pStyle w:val="Cmsor2"/>
      </w:pPr>
      <w:r>
        <w:t>2.2. Egészségi és egyéb alkalmasság</w:t>
      </w:r>
    </w:p>
    <w:p w:rsidR="00BD489A" w:rsidRDefault="009E2BA2">
      <w:r>
        <w:t xml:space="preserve">A(z) 1. </w:t>
      </w:r>
      <w:r>
        <w:t>alkalmassági csoport szerinti érvényes alkalmasság szükséges; vizsgálat a háziorvosnál vagy jogosult orvosnál. A vizsgálat díja életkortól, alkalmassági csoporttól és az érvényességtől függ, ezért az aktuális díjról a vizsgáló orvos ad tájékoztatást. A tan</w:t>
      </w:r>
      <w:r>
        <w:t>uló nem állhat vezetést kizáró eltiltás alatt.</w:t>
      </w:r>
    </w:p>
    <w:p>
      <w:pPr/>
      <w:r>
        <w:rPr/>
        <w:t>Pályaalkalmassági (PÁV) vizsgálatot alapesetben a tanulónak nem kell végeztetnie. PÁV vizsgálatra csak öt alkalommal sikertelen gyakorlati forgalmi vizsgát követő újabb vizsga letétele előtt van szükség.</w:t>
      </w:r>
    </w:p>
    <w:p w:rsidR="00BD489A" w:rsidRDefault="009E2BA2">
      <w:pPr>
        <w:pStyle w:val="Cmsor1"/>
      </w:pPr>
      <w:r>
        <w:t>3. Elméleti képzés</w:t>
      </w:r>
    </w:p>
    <w:p w:rsidR="00BD489A" w:rsidRDefault="009E2BA2">
      <w:r>
        <w:t>Jogszabályi tantermi minimum: 18 tanóra, 45 perc/tanóra. Tantárgyak: Közlekedési alapismeretek, Szerkezeti és üzemeltetési ismeretek, Munkavédelem, tűzvédelem, szállítás. Az e-learning képzé</w:t>
      </w:r>
      <w:r>
        <w:t>s az e-Titán rendszerben végezhető, 75 óra / 180 nap hozzáféréssel. A tananyag aktiválási határidejét a képzés újraindítása előtt véglegesíteni kell.</w:t>
      </w:r>
    </w:p>
    <w:p w:rsidR="00BD489A" w:rsidRDefault="009E2BA2">
      <w:r>
        <w:lastRenderedPageBreak/>
        <w:t xml:space="preserve">Elméleti képzés díja: 60 000 Ft. Póthozzáférés: 10 óra / 30 nap, 10 000 Ft. A hozzáférés meghosszabbítása </w:t>
      </w:r>
      <w:r>
        <w:t>nem hosszabbítja meg a vizsgahatáridőket.</w:t>
      </w:r>
    </w:p>
    <w:p w:rsidR="00BD489A" w:rsidRDefault="009E2BA2">
      <w:pPr>
        <w:pStyle w:val="Cmsor2"/>
      </w:pPr>
      <w:r>
        <w:t>3.1. Tantermi képzés és hiányzás pótlása</w:t>
      </w:r>
    </w:p>
    <w:p w:rsidR="00BD489A" w:rsidRDefault="009E2BA2">
      <w:r>
        <w:t xml:space="preserve">Tantermi oktatás helyszíne: 1134 Budapest, Kassák Lajos utca 32. A beosztást az iskola közli. A tanórákon a jelenlétet az előírt módon dokumentálják. A kötelezően pótolandó </w:t>
      </w:r>
      <w:r>
        <w:t>hiányzást a tanuló – előzetes egyeztetést követően – egy későbbi tanfolyam megfelelő óráján díjmentesen pótolhatja; a pótlás nem mentesít a vizsgára bocsátás feltételei alól.</w:t>
      </w:r>
    </w:p>
    <w:p w:rsidR="00BD489A" w:rsidRDefault="009E2BA2">
      <w:pPr>
        <w:pStyle w:val="Cmsor2"/>
      </w:pPr>
      <w:r>
        <w:t>3.2. Tantárgyi és vizsgamentességek</w:t>
      </w:r>
    </w:p>
    <w:p w:rsidR="00BD489A" w:rsidRDefault="009E2BA2">
      <w:r>
        <w:t>Szerkezeti és üzemeltetési ismeretekből az el</w:t>
      </w:r>
      <w:r>
        <w:t>fogadott szakképesítések vagy végzettségek alapján a hatályos 24/2005. (IV. 21.) GKM rendelet szerinti mentesség kérhető. A mentesség nem automatikus: igazolását, bejelentését és engedélyezését a hatályos eljárási szabályok szerint kell intézni.</w:t>
      </w:r>
    </w:p>
    <w:p w:rsidR="00BD489A" w:rsidRDefault="009E2BA2">
      <w:pPr>
        <w:pStyle w:val="Cmsor1"/>
      </w:pPr>
      <w:r>
        <w:t>4. A gyako</w:t>
      </w:r>
      <w:r>
        <w:t>rlati képzés</w:t>
      </w:r>
    </w:p>
    <w:p>
      <w:pPr/>
      <w:r>
        <w:t>A gyakorlati oktatást végző, a Fordulat Autós-Motoros Iskolával szerződéses jogviszonyban álló képző szerv: S.O.S. Autósiskola Kft. (S.O.S. Autósiskola). Székhely: 1147 Budapest, Kerékgyártó utca 108. Telefon: +36 70 340 4040; e-mail: info@sosjogsi.hu; honlap: www.sosjogsi.hu. Iskolavezető: Hartman Ádám, telefon: +36 70 337 0764. Cégjegyzékszám: 01-09-887893; felnőttképzési nyilvántartási szám: B/2020/000495.</w:t>
      </w:r>
    </w:p>
    <w:p w:rsidR="00BD489A" w:rsidRDefault="009E2BA2">
      <w:r>
        <w:t>A gyakorlati oktatás a szükséges sikeres elméleti vizsgákat követően kezdhető meg. Egy gyakorlati tanóra 50 perc. A jogszabály a városi, országúti, esetleges éjszakai és rutinfelkészítő vezetést külön nevesíti. Az alábbi táblázat a 24/2005. (I</w:t>
      </w:r>
      <w:r>
        <w:t>V. 21.) GKM rendelet 3. melléklet 3.2.1. pontja szerinti oktatási minimumot tartalmazza.</w:t>
      </w:r>
    </w:p>
    <w:tbl>
      <w:tblPr>
        <w:tblStyle w:val="Rcsostblzat"/>
        <w:tblW w:w="0" w:type="auto"/>
        <w:jc w:val="center"/>
        <w:tblLook w:val="04A0"/>
      </w:tblPr>
      <w:tblGrid>
        <w:gridCol w:w="3419"/>
        <w:gridCol w:w="3419"/>
        <w:gridCol w:w="3419"/>
      </w:tblGrid>
      <w:tr w:rsidR="00BD489A">
        <w:trPr>
          <w:jc w:val="center"/>
        </w:trPr>
        <w:tc>
          <w:tcPr>
            <w:tcW w:w="3419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Gyakorlati képzési rész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Minimum tanóra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Minimum idő (perc)</w:t>
            </w:r>
          </w:p>
        </w:tc>
      </w:tr>
      <w:tr w:rsidR="00BD489A">
        <w:trPr>
          <w:jc w:val="center"/>
        </w:trPr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Városi vezetés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4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200</w:t>
            </w:r>
          </w:p>
        </w:tc>
      </w:tr>
      <w:tr w:rsidR="00BD489A">
        <w:trPr>
          <w:jc w:val="center"/>
        </w:trPr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Országúti vezetés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4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200</w:t>
            </w:r>
          </w:p>
        </w:tc>
      </w:tr>
      <w:tr w:rsidR="00BD489A">
        <w:trPr>
          <w:jc w:val="center"/>
        </w:trPr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Rutin vizsgára felkészülő vezetés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3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150</w:t>
            </w:r>
          </w:p>
        </w:tc>
      </w:tr>
      <w:tr w:rsidR="00BD489A">
        <w:trPr>
          <w:jc w:val="center"/>
        </w:trPr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 xml:space="preserve">Összes kötelező </w:t>
            </w:r>
            <w:r>
              <w:rPr>
                <w:sz w:val="16"/>
              </w:rPr>
              <w:t>gyakorlati oktatás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11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550</w:t>
            </w:r>
          </w:p>
        </w:tc>
      </w:tr>
      <w:tr w:rsidR="00BD489A">
        <w:trPr>
          <w:jc w:val="center"/>
        </w:trPr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Kötelező menettávolság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220 km</w:t>
            </w:r>
          </w:p>
        </w:tc>
        <w:tc>
          <w:tcPr>
            <w:tcW w:w="3419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–</w:t>
            </w:r>
          </w:p>
        </w:tc>
      </w:tr>
    </w:tbl>
    <w:p w:rsidR="00D6021D" w:rsidRDefault="00D6021D">
      <w:r>
        <w:t>O</w:t>
      </w:r>
      <w:r w:rsidR="009E2BA2">
        <w:t xml:space="preserve">ktatási helyszín: XIII. Budapest, Váci út 178. – Duna Plaza mögötti parkoló </w:t>
      </w:r>
      <w:r>
        <w:t xml:space="preserve"> • Telefon: +36 70 883 8484</w:t>
      </w:r>
    </w:p>
    <w:p>
      <w:pPr/>
      <w:r>
        <w:rPr/>
        <w:t>Gyakorlati oktatás kizárólag az autósiskola által biztosított oktatójárműveken történik.</w:t>
      </w:r>
    </w:p>
    <w:p w:rsidR="00BD489A" w:rsidRDefault="009E2BA2">
      <w:r>
        <w:t>Gyakorlati óradíj: 14 500 Ft. Képzési díj a 11 oktatási és 1 díjazott vizsgaórával: 174 000 Ft.</w:t>
      </w:r>
    </w:p>
    <w:p w:rsidR="00BD489A" w:rsidRDefault="009E2BA2">
      <w:pPr>
        <w:pStyle w:val="Cmsor2"/>
      </w:pPr>
      <w:r>
        <w:t>4.1.</w:t>
      </w:r>
      <w:r>
        <w:t xml:space="preserve"> Pótórák és a gyakorlati képzés szüneteltetése</w:t>
      </w:r>
    </w:p>
    <w:p w:rsidR="00BD489A" w:rsidRDefault="009E2BA2">
      <w:r>
        <w:t xml:space="preserve">Ha a kötelező menettávolság a minimális óraszámban nem teljesül, további órák szükségesek. Az oktató a vizsgára felkészültség alapján további pótórákat javasolhat; ezeket az oktatóval egyeztetve lehet igénybe </w:t>
      </w:r>
      <w:r>
        <w:t>venni, a tanulóra irányadó alapóradíjon. A képzés a jogszabályi határidőkön belül, az oktatóval egyeztetve szüneteltethető.</w:t>
      </w:r>
      <w:r>
        <w:t xml:space="preserve"> A tanuló elméleti- és gyakorlati vezetési pótórákat igényelhet egyénileg webes felületéről, választott gyakorlati oktatójától, illetve az autósiskola ügyfélszolgálatán keresztül.</w:t>
      </w:r>
    </w:p>
    <w:p w:rsidR="00BD489A" w:rsidRDefault="009E2BA2">
      <w:pPr>
        <w:pStyle w:val="Cmsor1"/>
      </w:pPr>
      <w:r>
        <w:t>5. Vizsgák és vizsgahatáridők</w:t>
      </w:r>
    </w:p>
    <w:p w:rsidR="00BD489A" w:rsidRDefault="009E2BA2">
      <w:r>
        <w:t>A vizsgák az előírt elméleti v</w:t>
      </w:r>
      <w:r w:rsidR="00D6021D">
        <w:t>izsgatárgyakból, rutin-</w:t>
      </w:r>
      <w:r>
        <w:t xml:space="preserve"> és forgalmi vizsgából állnak. A </w:t>
      </w:r>
      <w:r>
        <w:t>forgalmi oktatás a sikeres járműkezelési vizsgát követően kezdhető. A vizsgára bocsátás feltétele a megfelelő előzetes vizsgaeredmény, a kötelező óraszám és menettávolság, az alkalmassági feltételek, valamint a vizsgadíj rendezése.</w:t>
      </w:r>
    </w:p>
    <w:p>
      <w:pPr/>
      <w:r>
        <w:rPr/>
        <w:t>Ha az érvényes okmányok közül valamelyik hiányzik, vagy a vizsgázó vizsgára alkalmatlan állapotban jelenik meg, akkor a vizsgán nem vehet részt, és a következő vizsgára csak új vizsgadíj befizetésével jelentkezhet.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BD489A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Vizsgatárgy / vizsgatípu</w:t>
            </w:r>
            <w:r>
              <w:rPr>
                <w:b/>
                <w:sz w:val="16"/>
              </w:rPr>
              <w:t>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Díj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Közlekedési alapismeretek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Szerkezeti és üzemeltetési ismeretek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Munkavédelem, tűzvédelem, szállítás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D6021D">
            <w:pPr>
              <w:spacing w:before="20" w:after="20"/>
            </w:pPr>
            <w:r>
              <w:rPr>
                <w:sz w:val="16"/>
              </w:rPr>
              <w:t>Rutin</w:t>
            </w:r>
            <w:r w:rsidR="009E2BA2">
              <w:rPr>
                <w:sz w:val="16"/>
              </w:rPr>
              <w:t xml:space="preserve"> vizsga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11 700 Ft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Forgalmi vizsga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29 000 Ft</w:t>
            </w:r>
          </w:p>
        </w:tc>
      </w:tr>
    </w:tbl>
    <w:p w:rsidR="00BD489A" w:rsidRDefault="009E2BA2">
      <w:r>
        <w:t xml:space="preserve">Az elméleti képzés kezdetétől 9 hónapon belül részt kell </w:t>
      </w:r>
      <w:r>
        <w:t>venni az első elméleti vizsgán, 12 hónapon belül sikeres elméleti vizsgát kell tenni; a sikeres közlekedési alapismeretek vizsgát követő két éven belül a teljes vizsgakövetelményt teljesíteni kell. A vizsgára személyazonosító okmányt, lakcímkártyát, meglév</w:t>
      </w:r>
      <w:r>
        <w:t>ő vezetői engedélyt és szükség szerint iskolai végzettséget igazoló okmányt kell vinni.</w:t>
      </w:r>
    </w:p>
    <w:p w:rsidR="00BD489A" w:rsidRDefault="009E2BA2">
      <w:pPr>
        <w:pStyle w:val="Cmsor2"/>
      </w:pPr>
      <w:r>
        <w:t>5.1. Vizsgalemondás és távolmaradás</w:t>
      </w:r>
    </w:p>
    <w:p w:rsidR="00BD489A" w:rsidRDefault="009E2BA2">
      <w:r>
        <w:t xml:space="preserve">Az iskola kéri, hogy a tanuló vizsgalemondási szándékát legalább 10 naptári nappal a vizsga előtt telefonon vagy e-mailben jelezze. </w:t>
      </w:r>
      <w:r>
        <w:t>A hivatalos lemondási határidőre, a meg nem jelenésre és az igazolt akadályoztatásra a Vizsgaközpont mindenkori szabályai irányadók. A belső bejelentési határidő a jogszabályban biztosított lehetőségeket nem korlátozza.</w:t>
      </w:r>
    </w:p>
    <w:p w:rsidR="00BD489A" w:rsidRDefault="009E2BA2">
      <w:pPr>
        <w:pStyle w:val="Cmsor1"/>
      </w:pPr>
      <w:r>
        <w:t>6. Képzési díjak és fizetési ütemezé</w:t>
      </w:r>
      <w:r>
        <w:t>s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BD489A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Díjtétel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Összeg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60 000 Ft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Gyakorlati oktatás és díjazott vizsgaóra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174 000 Ft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lastRenderedPageBreak/>
              <w:t>Alapvizsgák összesen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78 800 Ft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312 800 Ft</w:t>
            </w:r>
          </w:p>
        </w:tc>
      </w:tr>
    </w:tbl>
    <w:p w:rsidR="00BD489A" w:rsidRDefault="009E2BA2">
      <w:r>
        <w:t xml:space="preserve">Az ismertetett díjfizetési konstrukció szerint az elméleti tan- és vizsgadíjak </w:t>
      </w:r>
      <w:r>
        <w:t xml:space="preserve">beiratkozáskor, a gyakorlati tan- és vizsgadíjak két közel azonos részletben, az elméleti vizsgák és a járműkezelési vizsga sikeres teljesítése után esedékesek. </w:t>
      </w:r>
      <w:r w:rsidR="00D6021D">
        <w:t xml:space="preserve"> </w:t>
      </w:r>
      <w:r>
        <w:t>Pótórák, pótvizsgák, orvosi vizsgálat, PÁV/GKI és okmánydíjak nem szerepelnek a teljes alapdíjban.</w:t>
      </w:r>
    </w:p>
    <w:p w:rsidR="00BD489A" w:rsidRDefault="00D6021D">
      <w:r>
        <w:t xml:space="preserve">Fizetési módok: </w:t>
      </w:r>
      <w:r w:rsidR="009E2BA2">
        <w:t>készpénz az ügyfélszolgálaton; átutalás a 30400001-00000000-51784780 bankszámlára; online bank</w:t>
      </w:r>
      <w:r w:rsidR="009E2BA2">
        <w:t>kártya az e-Titán rendszerben. A szakoktató tan- és vizsgadíjat közvetlenül nem vehet át.</w:t>
      </w:r>
    </w:p>
    <w:p w:rsidR="00BD489A" w:rsidRDefault="009E2BA2">
      <w:pPr>
        <w:pStyle w:val="Cmsor2"/>
      </w:pPr>
      <w:r>
        <w:t>6.1. Árváltoztatás, időpontlemondás</w:t>
      </w:r>
    </w:p>
    <w:p w:rsidR="00BD489A" w:rsidRDefault="009E2BA2">
      <w:r>
        <w:t>A gyakorlati óradíj az első ténylegesen megtartott órától számított 3 hónapig garantált; az új óradíjak az iskola honlapján jelenn</w:t>
      </w:r>
      <w:r>
        <w:t>ek meg. A korábban kifizetett, de még le nem vezetett órák az eredeti óradíjon teljesíthetők. Gyakorlati óra legalább 48 órával korábban, közvetlenül az oktatónál telefonon vagy üzenetben díjmentesen lemondható. A tanulónak felróható késedelmes lemondás va</w:t>
      </w:r>
      <w:r>
        <w:t>gy távolmaradás esetén a teljes óradíj fizetendő. Az iskola vagy objektív akadály miatt elmaradt óráért díj nem számítható fel.</w:t>
      </w:r>
    </w:p>
    <w:p w:rsidR="00BD489A" w:rsidRDefault="009E2BA2">
      <w:pPr>
        <w:pStyle w:val="Cmsor1"/>
      </w:pPr>
      <w:r>
        <w:t>7. Iskolaváltás, megszűnés és elszámolás</w:t>
      </w:r>
    </w:p>
    <w:p w:rsidR="00BD489A" w:rsidRDefault="009E2BA2">
      <w:r>
        <w:t>A tanuló képzési igazolását az iskola a kérelmének beérkezésétől számított 3 munkanapon</w:t>
      </w:r>
      <w:r>
        <w:t xml:space="preserve"> belül kiállítja. Az elszámolást követő 8 naptári napon belül a visszajáró, fel nem használt képzési díj visszafizetésre kerül. A nem aktivált e-learning tananyag díja visszatéríthető; az aktivált tananyag esetében a fogyasztói elállási és egyéb kötelező j</w:t>
      </w:r>
      <w:r>
        <w:t>ogok figyelembevétele szükséges.</w:t>
      </w:r>
    </w:p>
    <w:p w:rsidR="00BD489A" w:rsidRDefault="009E2BA2">
      <w:pPr>
        <w:pStyle w:val="Cmsor1"/>
      </w:pPr>
      <w:r>
        <w:t>8. Elsősegélyvizsga, vezetői engedély és szakmai jogosultságok</w:t>
      </w:r>
    </w:p>
    <w:p w:rsidR="00BD489A" w:rsidRDefault="009E2BA2">
      <w:r>
        <w:t xml:space="preserve">Az elsősegélyvizsga az arra kötelezettek számára a vezetői engedély kiadásának feltétele, de nem általános előfeltétele az oktatásnak. Az esetleges mentességet </w:t>
      </w:r>
      <w:r>
        <w:t>a vonatkozó szabályok alapján kell megállapítani. A Magyar Vöröskereszt 2026-os közúti elsősegélyvizsgadíja a feltüntetett díjszabás szerint 20 900 Ft, amelyet a tanuló a vizsgaszervezőnek fizet. A Fordulat elsősegély-tanfolyamot jelenleg nem szervez.</w:t>
      </w:r>
    </w:p>
    <w:p w:rsidR="00BD489A" w:rsidRDefault="009E2BA2">
      <w:r>
        <w:t>A si</w:t>
      </w:r>
      <w:r>
        <w:t>keres vizsgák adatait a Vizsgaközpont megküldi a közlekedési igazgatási hatóságnak. A vezetői engedély kiadása a jogszabályi egészségi, okmány- és lakóhelyi követelményektől függ. A hivatásos vezetési tevékenységhez – a vezetői engedélyen túl – az adott mu</w:t>
      </w:r>
      <w:r>
        <w:t>nkakörtől függően GKI- vagy PÁV-követelmény is felmerülhet.</w:t>
      </w:r>
    </w:p>
    <w:p w:rsidR="00BD489A" w:rsidRDefault="009E2BA2">
      <w:pPr>
        <w:pStyle w:val="Cmsor1"/>
      </w:pPr>
      <w:r>
        <w:t>9. A tanuló és a képző szerv jogai, kötelezettségei</w:t>
      </w:r>
    </w:p>
    <w:p w:rsidR="00BD489A" w:rsidRDefault="009E2BA2">
      <w:r>
        <w:t>A tanuló joga a világos előzetes tájékoztatás, a teljesített órák nyilvántartása, a panasztétel és az iskolaváltás. Kötelessége a valós adatszol</w:t>
      </w:r>
      <w:r>
        <w:t>gáltatás, az okmányok és alkalmasság igazolása, a díjak rendezése, az oktatói biztonsági utasítások betartása és a vizsgákon megfelelő állapotban történő részvétel. Az iskola köteles a jogszerűen megszervezett oktatás, járművek, dokumentálás és vizsgaügyin</w:t>
      </w:r>
      <w:r>
        <w:t>tézés feltételeit biztosítani; vizsgaeredményre garanciát nem vállal.</w:t>
      </w:r>
    </w:p>
    <w:p w:rsidR="00BD489A" w:rsidRDefault="009E2BA2">
      <w:pPr>
        <w:pStyle w:val="Cmsor1"/>
      </w:pPr>
      <w:r>
        <w:t>10. Panaszkezelés és felügyelet</w:t>
      </w:r>
    </w:p>
    <w:p w:rsidR="00BD489A" w:rsidRDefault="009E2BA2">
      <w:r>
        <w:t>A panaszkezelés felelőse Hartman Sándor iskolavezető. Panasz személyesen az ügyfélfogadó irodában, telefonon a +36 70 883 8484 számon, e-mailben az info@f</w:t>
      </w:r>
      <w:r>
        <w:t>ordulatjogositvany.hu címen, illetve postai úton tehető. Az írásbeli fogyasztói panaszra főszabály szerint 30 napon belül érdemi válasz adandó.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BD489A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Hatóság / szervezet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BD489A" w:rsidRDefault="009E2BA2">
            <w:pPr>
              <w:spacing w:before="20" w:after="20"/>
            </w:pPr>
            <w:r>
              <w:rPr>
                <w:b/>
                <w:sz w:val="16"/>
              </w:rPr>
              <w:t>Elérhetőség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 xml:space="preserve">Építési és Közlekedési Minisztérium – Közúti Gépjármű-közlekedési Hatósági </w:t>
            </w:r>
            <w:r>
              <w:rPr>
                <w:sz w:val="16"/>
              </w:rPr>
              <w:t>Főosztály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1138 Budapest, Váci út 188.; kepzes-kghf@ekm.gov.hu; +36 (1) 477-1551</w:t>
            </w:r>
          </w:p>
        </w:tc>
      </w:tr>
      <w:tr w:rsidR="00BD489A">
        <w:trPr>
          <w:jc w:val="center"/>
        </w:trPr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KAV – Közlekedési Alkalmassági és Vizsgaközpont Nonprofit Kft.</w:t>
            </w:r>
          </w:p>
        </w:tc>
        <w:tc>
          <w:tcPr>
            <w:tcW w:w="5128" w:type="dxa"/>
            <w:vAlign w:val="center"/>
          </w:tcPr>
          <w:p w:rsidR="00BD489A" w:rsidRDefault="009E2BA2">
            <w:pPr>
              <w:spacing w:before="20" w:after="20"/>
            </w:pPr>
            <w:r>
              <w:rPr>
                <w:sz w:val="16"/>
              </w:rPr>
              <w:t>www.vizsgakozpont.hu; info@kavk.hu</w:t>
            </w:r>
          </w:p>
        </w:tc>
      </w:tr>
    </w:tbl>
    <w:p w:rsidR="00BD489A" w:rsidRDefault="009E2BA2">
      <w:pPr>
        <w:pStyle w:val="Cmsor1"/>
      </w:pPr>
      <w:r>
        <w:t>11. Adatkezelés, dokumentumok és hatály</w:t>
      </w:r>
    </w:p>
    <w:p w:rsidR="00D6021D" w:rsidRDefault="009E2BA2">
      <w:r>
        <w:t>A tanulók adatainak kezelését a Ford</w:t>
      </w:r>
      <w:r>
        <w:t xml:space="preserve">ulat külön adatkezelési tájékoztatója szabályozza. A vállalási feltételek a honlapon és az ügyfélfogadó irodában hozzáférhetők; megismerésük és elfogadásuk a felnőttképzési szerződésben igazolható. </w:t>
      </w:r>
    </w:p>
    <w:p w:rsidR="00D6021D" w:rsidRDefault="00D6021D"/>
    <w:p w:rsidR="00BD489A" w:rsidRDefault="009E2BA2">
      <w:r>
        <w:t xml:space="preserve">Kelt: Budapest, 2026.07.01.                </w:t>
      </w:r>
      <w:r w:rsidR="00D6021D">
        <w:tab/>
      </w:r>
      <w:r w:rsidR="00D6021D">
        <w:tab/>
      </w:r>
      <w:r w:rsidR="00D6021D">
        <w:tab/>
      </w:r>
      <w:r w:rsidR="00D6021D">
        <w:tab/>
      </w:r>
      <w:r w:rsidR="00D6021D">
        <w:tab/>
      </w:r>
      <w:r w:rsidR="00D6021D">
        <w:tab/>
      </w:r>
      <w:r w:rsidR="00D6021D">
        <w:tab/>
      </w:r>
      <w:r>
        <w:t xml:space="preserve">  Hartman Sándor iskolavezető</w:t>
      </w:r>
    </w:p>
    <w:sectPr w:rsidR="00BD489A" w:rsidSect="00034616">
      <w:headerReference w:type="default" r:id="rId8"/>
      <w:footerReference w:type="default" r:id="rId9"/>
      <w:pgSz w:w="12240" w:h="15840"/>
      <w:pgMar w:top="879" w:right="992" w:bottom="822" w:left="99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BA2" w:rsidRDefault="009E2BA2" w:rsidP="00BD489A">
      <w:pPr>
        <w:spacing w:after="0" w:line="240" w:lineRule="auto"/>
      </w:pPr>
      <w:r>
        <w:separator/>
      </w:r>
    </w:p>
  </w:endnote>
  <w:endnote w:type="continuationSeparator" w:id="1">
    <w:p w:rsidR="009E2BA2" w:rsidRDefault="009E2BA2" w:rsidP="00BD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9A" w:rsidRDefault="009E2BA2">
    <w:pPr>
      <w:pStyle w:val="llb"/>
      <w:jc w:val="center"/>
    </w:pPr>
    <w:r>
      <w:rPr>
        <w:sz w:val="14"/>
      </w:rPr>
      <w:t xml:space="preserve">Fordulat Szolgáltató Kft.  •  „BE” kategória – személygépkocsi nehéz </w:t>
    </w:r>
    <w:r>
      <w:rPr>
        <w:sz w:val="14"/>
      </w:rPr>
      <w:t>pótkocsival  •  2026.07.01.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BA2" w:rsidRDefault="009E2BA2" w:rsidP="00BD489A">
      <w:pPr>
        <w:spacing w:after="0" w:line="240" w:lineRule="auto"/>
      </w:pPr>
      <w:r>
        <w:separator/>
      </w:r>
    </w:p>
  </w:footnote>
  <w:footnote w:type="continuationSeparator" w:id="1">
    <w:p w:rsidR="009E2BA2" w:rsidRDefault="009E2BA2" w:rsidP="00BD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9A" w:rsidRDefault="009E2BA2">
    <w:pPr>
      <w:pStyle w:val="lfej"/>
      <w:jc w:val="right"/>
    </w:pPr>
    <w:r>
      <w:rPr>
        <w:color w:val="0D6A72"/>
        <w:sz w:val="16"/>
      </w:rPr>
      <w:t>FORDULAT  /  AUTÓS–MOTOROS ISKOLA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9E2BA2"/>
    <w:rsid w:val="00AA1D8D"/>
    <w:rsid w:val="00B47730"/>
    <w:rsid w:val="00BD489A"/>
    <w:rsid w:val="00CB0664"/>
    <w:rsid w:val="00D6021D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693F"/>
    <w:pPr>
      <w:spacing w:after="80"/>
    </w:pPr>
    <w:rPr>
      <w:rFonts w:ascii="Calibri" w:hAnsi="Calibri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0D6A72"/>
      <w:sz w:val="23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0D6A72"/>
      <w:sz w:val="2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1301</Words>
  <Characters>8980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Sanya</cp:lastModifiedBy>
  <cp:revision>2</cp:revision>
  <dcterms:created xsi:type="dcterms:W3CDTF">2013-12-23T23:15:00Z</dcterms:created>
  <dcterms:modified xsi:type="dcterms:W3CDTF">2026-10-18T10:32:00Z</dcterms:modified>
  <cp:category/>
</cp:coreProperties>
</file>