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C9" w:rsidRDefault="004B7E06">
      <w:pPr>
        <w:pStyle w:val="Cm"/>
      </w:pPr>
      <w:r>
        <w:t>VÁLLALKOZÁSI FELTÉTELEK ÉS ÍRÁSOS TÁJÉKOZTATÓ</w:t>
      </w:r>
    </w:p>
    <w:p w:rsidR="004221C9" w:rsidRDefault="00256A18">
      <w:pPr>
        <w:spacing w:before="20" w:after="80"/>
      </w:pPr>
      <w:r>
        <w:rPr>
          <w:b/>
          <w:color w:val="006F7C"/>
          <w:sz w:val="22"/>
        </w:rPr>
        <w:t>„AM” kategóriás segédmotoros képzés</w:t>
      </w:r>
    </w:p>
    <w:p w:rsidR="004221C9" w:rsidRDefault="00256A18">
      <w:pPr>
        <w:pStyle w:val="SmallNote"/>
      </w:pPr>
      <w:r>
        <w:t>A dokumentum kizárólag a megnevezett képzési konstrukcióra vonatkozik. Más motoros kategóriák és bővítések feltételeit külön tájékoztatók tartalmazzák.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3458"/>
        <w:gridCol w:w="6548"/>
      </w:tblGrid>
      <w:tr w:rsidR="004221C9">
        <w:trPr>
          <w:cantSplit/>
          <w:jc w:val="center"/>
        </w:trPr>
        <w:tc>
          <w:tcPr>
            <w:tcW w:w="3458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Képzés</w:t>
            </w:r>
          </w:p>
        </w:tc>
        <w:tc>
          <w:tcPr>
            <w:tcW w:w="6548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„AM” – segédmotoros kerékpár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Képző szerv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Fordulat Szolgáltató Kft.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Ügyfélfogadás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1134 Budapest, Kassák Lajos utca 32.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Tájékoztató szerinti teljes alapdíj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202 800 Ft (pótórák és külső költségek nélkül)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Elméleti oktatás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Tantermi 16 tanóra vagy e-learning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Gyakorlati képzés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Legalább 10 oktatási tanóra + 1 díjazott vizsgaóra; 100 km</w:t>
            </w:r>
          </w:p>
        </w:tc>
      </w:tr>
    </w:tbl>
    <w:p w:rsidR="004221C9" w:rsidRDefault="00256A18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3458"/>
        <w:gridCol w:w="6548"/>
      </w:tblGrid>
      <w:tr w:rsidR="004221C9">
        <w:trPr>
          <w:cantSplit/>
          <w:jc w:val="center"/>
        </w:trPr>
        <w:tc>
          <w:tcPr>
            <w:tcW w:w="3458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Hivatalos cégnév</w:t>
            </w:r>
          </w:p>
        </w:tc>
        <w:tc>
          <w:tcPr>
            <w:tcW w:w="6548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Fordulat Szolgáltató Korlátolt Felelősségű Társaság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Rövidített cégnév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B7E06" w:rsidRPr="004B7E06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Fordulat Szolgáltató Kft.</w:t>
            </w:r>
          </w:p>
        </w:tc>
      </w:tr>
      <w:tr w:rsidR="004B7E06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B7E06" w:rsidRDefault="004B7E06">
            <w:pPr>
              <w:widowControl w:val="0"/>
              <w:spacing w:after="0" w:line="240" w:lineRule="auto"/>
            </w:pPr>
            <w:r>
              <w:rPr>
                <w:sz w:val="17"/>
              </w:rPr>
              <w:t>Cégforma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B7E06" w:rsidRDefault="004B7E06">
            <w:pPr>
              <w:widowControl w:val="0"/>
              <w:spacing w:after="0" w:line="240" w:lineRule="auto"/>
            </w:pPr>
            <w:r w:rsidRPr="004B7E06">
              <w:rPr>
                <w:rFonts w:hint="eastAsia"/>
                <w:sz w:val="17"/>
              </w:rPr>
              <w:t>Korlátolt Felelősségű Társaság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Autósiskola neve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Fordulat Autós-Motoros Iskola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Székhely / telephely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1147 Budapest, Kerékgyártó utca 108.</w:t>
            </w:r>
            <w:r>
              <w:t xml:space="preserve"> | +36 70 883 8484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Ügyfélfogadás / telephely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1134 Budapest, Kassák Lajos utca 32.</w:t>
            </w:r>
            <w:r>
              <w:t xml:space="preserve"> | +36 70 883 8484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Cégjegyzékszám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01-09-186175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Adószám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24856915-1-42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Felnőttképzési nyilvántartási szám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B/2020/001772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Intézményi lajstromszám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6915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Iskolavezető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Hartman Sándor</w:t>
            </w:r>
            <w:r>
              <w:t xml:space="preserve"> | +36 70 883 8484, info@fordulatjogositvany.hu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Telefon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+36 70 883 8484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E-mail</w:t>
            </w:r>
          </w:p>
        </w:tc>
        <w:tc>
          <w:tcPr>
            <w:tcW w:w="6548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info@fordulatjogositvany.hu</w:t>
            </w:r>
          </w:p>
        </w:tc>
      </w:tr>
      <w:tr w:rsidR="004221C9">
        <w:trPr>
          <w:cantSplit/>
          <w:jc w:val="center"/>
        </w:trPr>
        <w:tc>
          <w:tcPr>
            <w:tcW w:w="345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Honlap</w:t>
            </w:r>
          </w:p>
        </w:tc>
        <w:tc>
          <w:tcPr>
            <w:tcW w:w="6548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www.fordulatjogositvany.hu</w:t>
            </w:r>
          </w:p>
        </w:tc>
      </w:tr>
    </w:tbl>
    <w:p w:rsidR="004221C9" w:rsidRDefault="00256A18">
      <w:pPr>
        <w:pStyle w:val="Cmsor2"/>
      </w:pPr>
      <w:r>
        <w:t>1.1. Ügyfélfogadás</w:t>
      </w:r>
    </w:p>
    <w:p w:rsidR="004221C9" w:rsidRDefault="00256A18">
      <w:r>
        <w:t xml:space="preserve">Hétfő–csütörtök 10:00–18:00; péntek 10:00–15:00. Szombaton és vasárnap nincs ügyfélfogadás. Személyes ügyintézés előzetes időpontfoglalás </w:t>
      </w:r>
      <w:r w:rsidR="004B7E06">
        <w:t>nélkül is lehetséges, de</w:t>
      </w:r>
      <w:r>
        <w:t xml:space="preserve"> az előzetes </w:t>
      </w:r>
      <w:r w:rsidR="004B7E06">
        <w:t>időpont</w:t>
      </w:r>
      <w:r>
        <w:t>egyeztetés ajánlott.</w:t>
      </w:r>
    </w:p>
    <w:p w:rsidR="004221C9" w:rsidRDefault="00256A18">
      <w:pPr>
        <w:pStyle w:val="Cmsor1"/>
      </w:pPr>
      <w:r>
        <w:t>2. A képzésre jelentkezés és a felvétel feltételei</w:t>
      </w:r>
    </w:p>
    <w:p w:rsidR="007F6DDA" w:rsidRDefault="00256A18">
      <w:r>
        <w:t xml:space="preserve">Jelentkezni személyesen, e-mailben vagy az autósiskola online jelentkezési lehetőségén keresztül lehet. </w:t>
      </w:r>
    </w:p>
    <w:p w:rsidR="004221C9" w:rsidRPr="00256A18" w:rsidRDefault="007F6DDA">
      <w:r w:rsidRPr="00256A18">
        <w:t>Szükséges iratok:</w:t>
      </w:r>
      <w:r w:rsidR="00256A18" w:rsidRPr="00256A18">
        <w:t xml:space="preserve"> érvényes személyi igazolvány vagy útlevél vagy kártyaformátumú vezetői engedély, lakcímkártya</w:t>
      </w:r>
    </w:p>
    <w:p w:rsidR="00256A18" w:rsidRDefault="00256A18" w:rsidP="00256A18">
      <w:pPr>
        <w:spacing w:before="40" w:after="20"/>
      </w:pPr>
      <w:r>
        <w:rPr>
          <w:rFonts w:hint="eastAsia"/>
          <w:b/>
        </w:rPr>
        <w:t>Nem magyar állampolgárokat illető különös feltételek:</w:t>
      </w:r>
    </w:p>
    <w:p w:rsidR="00256A18" w:rsidRDefault="00256A18" w:rsidP="00256A18">
      <w:pPr>
        <w:spacing w:after="20"/>
        <w:ind w:left="170"/>
      </w:pPr>
      <w:r>
        <w:rPr>
          <w:rFonts w:hint="eastAsia"/>
        </w:rPr>
        <w:t>- magyarországi lakcímkártya, vagy minimum 6 hónapos</w:t>
      </w:r>
      <w:r>
        <w:t xml:space="preserve"> </w:t>
      </w:r>
      <w:r>
        <w:rPr>
          <w:rFonts w:hint="eastAsia"/>
        </w:rPr>
        <w:t>tartózkodási engedély</w:t>
      </w:r>
    </w:p>
    <w:p w:rsidR="00256A18" w:rsidRDefault="00256A18" w:rsidP="00256A18">
      <w:pPr>
        <w:spacing w:after="20"/>
        <w:ind w:left="170"/>
      </w:pPr>
      <w:r>
        <w:t>A külföldi állampolgárokra vonatkozó tartózkodási és azonosítási feltételek alkalmazandók; az AM kategóriához iskolai végzettséget igazoló bizonyítvány nem szükséges.</w:t>
      </w:r>
    </w:p>
    <w:p w:rsidR="004221C9" w:rsidRDefault="00256A18">
      <w:pPr>
        <w:pStyle w:val="Cmsor2"/>
      </w:pPr>
      <w:r>
        <w:t>2.1. Életkori feltételek</w:t>
      </w:r>
    </w:p>
    <w:p w:rsidR="004221C9" w:rsidRDefault="00256A18">
      <w:pPr>
        <w:pStyle w:val="Felsorols"/>
        <w:ind w:left="283"/>
      </w:pPr>
      <w:r>
        <w:t>Az „AM” tanfolyam legkorábban 13 év 6 hónapos korban kezdhető meg. A vezetői engedélyhez a betöltött 14. életév szükséges.</w:t>
      </w:r>
    </w:p>
    <w:p w:rsidR="004221C9" w:rsidRDefault="00256A18">
      <w:pPr>
        <w:pStyle w:val="Felsorols"/>
        <w:ind w:left="283"/>
      </w:pPr>
      <w:r>
        <w:t>Elméleti vizsga legkorábban 13 év 9 hónapos korban tehető.</w:t>
      </w:r>
    </w:p>
    <w:p w:rsidR="008D2F06" w:rsidRDefault="00256A18" w:rsidP="008D2F06">
      <w:pPr>
        <w:pStyle w:val="Felsorols"/>
        <w:ind w:left="283"/>
      </w:pPr>
      <w:r>
        <w:t>Az „AM” kategóriás képzéshez és vizsgához általános iskolai végzettség nem szükséges, annak igazolását az iskola nem kéri.</w:t>
      </w:r>
    </w:p>
    <w:p w:rsidR="004221C9" w:rsidRDefault="00256A18">
      <w:pPr>
        <w:pStyle w:val="Cmsor2"/>
      </w:pPr>
      <w:r>
        <w:t>2.2. Alkalmasság és egyéb feltételek</w:t>
      </w:r>
    </w:p>
    <w:p w:rsidR="008D2F06" w:rsidRDefault="00256A18">
      <w:r>
        <w:t>Az „AM” kategória megszerzéséhez orvosi alkalmassági vizsgálat és orvosi alkalmassági igazolás nem szükséges.</w:t>
      </w:r>
    </w:p>
    <w:p w:rsidR="004221C9" w:rsidRDefault="00256A18">
      <w:r>
        <w:t>A tanuló nem állhat a képzést vagy vizsgázást</w:t>
      </w:r>
      <w:r w:rsidR="007F6DDA">
        <w:t xml:space="preserve"> kizáró hatósági eltiltás alatt</w:t>
      </w:r>
      <w:r w:rsidR="008D2F06">
        <w:t>, járművezetésre közlekedésbiztonsági szempontból nem lehet alkalmatlan.</w:t>
      </w:r>
    </w:p>
    <w:p w:rsidR="003646EE" w:rsidRDefault="00150FB1">
      <w:pPr>
        <w:pStyle w:val="Cmsor1"/>
      </w:pPr>
      <w:r>
        <w:t>Pályaal</w:t>
      </w:r>
      <w:r>
        <w:t>kalmassági (PÁV) vizsgálatot alapesetben a tanulónak nem kell végeztetnie. PÁV vizsgálatra csak öt alkalommal sikertelen gyakorlati forgalmi vizsgát követő újabb vizsga letétele előtt van szükség.</w:t>
      </w:r>
    </w:p>
    <w:p w:rsidR="004221C9" w:rsidRDefault="00256A18">
      <w:pPr>
        <w:pStyle w:val="Cmsor1"/>
      </w:pPr>
      <w:r>
        <w:t>3. Az elméleti képzés</w:t>
      </w:r>
    </w:p>
    <w:p w:rsidR="004221C9" w:rsidRDefault="00256A18">
      <w:pPr>
        <w:pStyle w:val="Cmsor2"/>
      </w:pPr>
      <w:r>
        <w:t>3.1. Tantermi képzés</w:t>
      </w:r>
    </w:p>
    <w:p w:rsidR="004221C9" w:rsidRDefault="00256A18">
      <w:r>
        <w:t>Az iskola által vállalt tantermi elméleti képzés 16 tanóra, egy tanóra 45 perc. A képzés terjedelme a vonatkozó kategóriás tantervvel összhangban kerül meghatározásra.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087"/>
        <w:gridCol w:w="2920"/>
      </w:tblGrid>
      <w:tr w:rsidR="004221C9">
        <w:trPr>
          <w:cantSplit/>
          <w:tblHeader/>
          <w:jc w:val="center"/>
        </w:trPr>
        <w:tc>
          <w:tcPr>
            <w:tcW w:w="7087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lastRenderedPageBreak/>
              <w:t>Elméleti tantárgy</w:t>
            </w:r>
          </w:p>
        </w:tc>
        <w:tc>
          <w:tcPr>
            <w:tcW w:w="2920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Vállalt óraszám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Közlekedési alapismeretek (KRESZ)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16 tanóra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Járművezetés elmélete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0 tanóra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Szerkezeti és üzemeltetési ismeretek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0 tanóra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Összesen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16 tanóra</w:t>
            </w:r>
          </w:p>
        </w:tc>
      </w:tr>
    </w:tbl>
    <w:p w:rsidR="004221C9" w:rsidRDefault="00256A18">
      <w:r>
        <w:t>Tantermi oktatás helyszíne: 1134 Budapest, Kassák Lajos utca 32. A beosztást az iskola közli. A tanórákon a jelenlétet az előírt módon dokumentálják. A kötelezően pótolandó hiányzást a tanuló – előzetes egyeztetést követően – egy későbbi tanfolyam megfelelő óráján díjmentesen pótolhatja; a pótlás nem mentesít a vizsgára bocsátás feltételei alól.</w:t>
      </w:r>
    </w:p>
    <w:p w:rsidR="004221C9" w:rsidRDefault="00256A18">
      <w:pPr>
        <w:pStyle w:val="Cmsor2"/>
      </w:pPr>
      <w:r>
        <w:t>3.2. E-learning képzés</w:t>
      </w:r>
    </w:p>
    <w:p w:rsidR="004221C9" w:rsidRDefault="00256A18">
      <w:r>
        <w:t>Az elméleti tananyag otthonról, internet-hozzáféréssel, az e-Titán elektronikus oktatórendszerben teljesíthető. A tananyag elsajátításának ütemét a tanuló választja meg. Az elméleti képzés teljesítését az akkreditált rendszerben kiállított elektronikus igazolás tanúsítja.</w:t>
      </w:r>
    </w:p>
    <w:p w:rsidR="004221C9" w:rsidRDefault="00256A18">
      <w:pPr>
        <w:pStyle w:val="Felsorols"/>
        <w:ind w:left="283"/>
      </w:pPr>
      <w:r>
        <w:t>Aktiválás: a regisztrációs e-mail megérkezésétől számított három hónapon belül a képzést meg kell kezdeni.</w:t>
      </w:r>
    </w:p>
    <w:p w:rsidR="004221C9" w:rsidRDefault="00256A18">
      <w:pPr>
        <w:pStyle w:val="Felsorols"/>
        <w:ind w:left="283"/>
      </w:pPr>
      <w:r>
        <w:t>Alap-hozzáférés: az első tananyagindítástól számított legfeljebb 180 nap, ezen belül 75 óra felhasználási keret.</w:t>
      </w:r>
    </w:p>
    <w:p w:rsidR="004221C9" w:rsidRDefault="00256A18">
      <w:pPr>
        <w:pStyle w:val="Felsorols"/>
        <w:ind w:left="283"/>
      </w:pPr>
      <w:r>
        <w:t>Póthozzáférés: 30 nap / 10 óra, alkalmanként 5 000 Ft; a jogszabályi vizsgahatáridőket a póthozzáférés nem hosszabbítja meg.</w:t>
      </w:r>
    </w:p>
    <w:p w:rsidR="004221C9" w:rsidRDefault="00256A18">
      <w:pPr>
        <w:pStyle w:val="Felsorols"/>
        <w:ind w:left="283"/>
      </w:pPr>
      <w:r>
        <w:t>Választható, elsősegély-tananyaggal bővített e-learning: az alapdíjon felül 2 000 Ft; nem helyettesíti az elsősegélyvizsgát.</w:t>
      </w:r>
    </w:p>
    <w:p w:rsidR="00C319EB" w:rsidRDefault="00C319EB" w:rsidP="00C319EB">
      <w:pPr>
        <w:pStyle w:val="Cmsor2"/>
      </w:pPr>
      <w:r>
        <w:t>3.3. AZ EGYES TANTÁRGYAK HALLGATÁSA ÉS VIZSGÁJA ALÓLI MENTESÍTÉS FELTÉTELEI</w:t>
      </w:r>
    </w:p>
    <w:p w:rsidR="007944A4" w:rsidRDefault="007944A4" w:rsidP="007944A4">
      <w:r>
        <w:t>Az egyes tantárgyak hallgatása vagy vizsgája alóli mentesség kizárólag az alkalmazandó jogszabályokban meghatározott feltételekkel állapítható meg (</w:t>
      </w:r>
      <w:r w:rsidRPr="006F2999">
        <w:t>24/2005. (IV. 21.) GKM rendelet 3. sz</w:t>
      </w:r>
      <w:r w:rsidRPr="006F2999">
        <w:rPr>
          <w:rFonts w:hint="eastAsia"/>
        </w:rPr>
        <w:t>á</w:t>
      </w:r>
      <w:r w:rsidRPr="006F2999">
        <w:t>m</w:t>
      </w:r>
      <w:r w:rsidRPr="006F2999">
        <w:rPr>
          <w:rFonts w:hint="eastAsia"/>
        </w:rPr>
        <w:t>ú</w:t>
      </w:r>
      <w:r w:rsidRPr="006F2999">
        <w:t xml:space="preserve"> mell</w:t>
      </w:r>
      <w:r w:rsidRPr="006F2999">
        <w:rPr>
          <w:rFonts w:hint="eastAsia"/>
        </w:rPr>
        <w:t>é</w:t>
      </w:r>
      <w:r w:rsidRPr="006F2999">
        <w:t>klet</w:t>
      </w:r>
      <w:r>
        <w:t>, 11/2023.(VI.23.) ÉKM rendelet)</w:t>
      </w:r>
    </w:p>
    <w:p w:rsidR="004221C9" w:rsidRDefault="00256A18">
      <w:pPr>
        <w:pStyle w:val="Cmsor1"/>
      </w:pPr>
      <w:r>
        <w:t>4. A gyakorlati képzés</w:t>
      </w:r>
    </w:p>
    <w:p w:rsidR="004221C9" w:rsidRDefault="00256A18">
      <w:r>
        <w:t>A gyakorlati képzés a sikeres elméleti vizsga után kezdhető meg. Egy gyakorlati tanóra 50 perc; az időpontokat a tanuló az oktatóval egyezteti.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087"/>
        <w:gridCol w:w="2920"/>
      </w:tblGrid>
      <w:tr w:rsidR="004221C9">
        <w:trPr>
          <w:cantSplit/>
          <w:tblHeader/>
          <w:jc w:val="center"/>
        </w:trPr>
        <w:tc>
          <w:tcPr>
            <w:tcW w:w="7087" w:type="dxa"/>
            <w:shd w:val="clear" w:color="auto" w:fill="D7E9EC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Képzési szakasz</w:t>
            </w:r>
          </w:p>
        </w:tc>
        <w:tc>
          <w:tcPr>
            <w:tcW w:w="2920" w:type="dxa"/>
            <w:shd w:val="clear" w:color="auto" w:fill="D7E9EC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Kötelező minimum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Alapoktatás – járműkezelés</w:t>
            </w:r>
          </w:p>
        </w:tc>
        <w:tc>
          <w:tcPr>
            <w:tcW w:w="2920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4 tanóra / 200 perc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Főoktatás – forgalmi vezetés</w:t>
            </w:r>
          </w:p>
        </w:tc>
        <w:tc>
          <w:tcPr>
            <w:tcW w:w="2920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6 tanóra / 300 perc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Összes kötelező gyakorlati oktatás</w:t>
            </w:r>
          </w:p>
        </w:tc>
        <w:tc>
          <w:tcPr>
            <w:tcW w:w="2920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F312D8" w:rsidRDefault="00C35443">
            <w:pPr>
              <w:widowControl w:val="0"/>
              <w:spacing w:after="0" w:line="240" w:lineRule="auto"/>
            </w:pPr>
            <w:r>
              <w:rPr>
                <w:sz w:val="17"/>
              </w:rPr>
              <w:t>10 tanóra / 500 perc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Kötelező menettávolság</w:t>
            </w:r>
          </w:p>
        </w:tc>
        <w:tc>
          <w:tcPr>
            <w:tcW w:w="2920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legalább 100 km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Díjfizetés szempontjából</w:t>
            </w:r>
          </w:p>
        </w:tc>
        <w:tc>
          <w:tcPr>
            <w:tcW w:w="2920" w:type="dxa"/>
            <w:shd w:val="clear" w:color="auto" w:fill="F4F8F9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10 oktatási óra + 1 díjazott vizsgaóra</w:t>
            </w:r>
          </w:p>
        </w:tc>
      </w:tr>
    </w:tbl>
    <w:p w:rsidR="004221C9" w:rsidRDefault="00256A18">
      <w:r>
        <w:t>A főoktatás csak sikeres járműkezelési vizsga után kezdhető meg. A 100 km-es menettávolságot teljesíteni és dokumentálni kell.</w:t>
      </w:r>
    </w:p>
    <w:p w:rsidR="004221C9" w:rsidRDefault="00256A18">
      <w:pPr>
        <w:pStyle w:val="Cmsor2"/>
      </w:pPr>
      <w:r>
        <w:t>4.1. Oktatójármű és helyszínek</w:t>
      </w:r>
    </w:p>
    <w:p w:rsidR="004221C9" w:rsidRDefault="00256A18">
      <w:r>
        <w:t>A Fordulat Autósiskola a képzéshez Torq 50 segédmotoros kerékpárt biztosít; a járműhasználat az óradíj része. Oktatási helyszínek:</w:t>
      </w:r>
    </w:p>
    <w:p w:rsidR="004221C9" w:rsidRDefault="00256A18">
      <w:pPr>
        <w:pStyle w:val="Felsorols"/>
        <w:ind w:left="283"/>
      </w:pPr>
      <w:r>
        <w:t>Budapest XIV. kerület, Írottkő park 1.</w:t>
      </w:r>
    </w:p>
    <w:p w:rsidR="004221C9" w:rsidRDefault="00256A18">
      <w:pPr>
        <w:pStyle w:val="Felsorols"/>
        <w:ind w:left="283"/>
      </w:pPr>
      <w:r>
        <w:t>Budapest, Budaörsi úti Virágpiac tanpályája.</w:t>
      </w:r>
    </w:p>
    <w:p w:rsidR="003646EE" w:rsidRDefault="00150FB1">
      <w:pPr>
        <w:pStyle w:val="Felsorols"/>
      </w:pPr>
      <w:r>
        <w:t>Saját motor használatának műszaki feltételei: segédmotor, legfeljebb 50 cm³.</w:t>
      </w:r>
    </w:p>
    <w:p w:rsidR="00066A56" w:rsidRDefault="00066A56" w:rsidP="00066A56">
      <w:pPr>
        <w:pStyle w:val="Felsorols"/>
        <w:numPr>
          <w:ilvl w:val="0"/>
          <w:numId w:val="0"/>
        </w:numPr>
        <w:tabs>
          <w:tab w:val="left" w:pos="708"/>
        </w:tabs>
      </w:pPr>
      <w:r>
        <w:t>Automata járművel teljesített gyakorlati tanfolyam esetén bekerül a vezetői engedélybe a kategória mellé a 78-as kód és csak olyan járművet lehet vele vezetni, amely automata sebességváltóval rendelkezik. E korlátozás feloldása tanfolyammentes gyakorlati vizsga/vizsgák – ha a kategóriához külön járműkezelési vizsga is elő van írva -  teljesítésével lehetséges. Szükség szerint a tájékoztatóban szereplő óradíjon gyakorlati tanórák igényelhetőek a felkészüléshez.</w:t>
      </w:r>
    </w:p>
    <w:p w:rsidR="004221C9" w:rsidRDefault="00256A18">
      <w:pPr>
        <w:pStyle w:val="Cmsor2"/>
      </w:pPr>
      <w:r>
        <w:t>4.2. Pótórák és a képzés szüneteltetése</w:t>
      </w:r>
    </w:p>
    <w:p w:rsidR="004221C9" w:rsidRDefault="00256A18">
      <w:r>
        <w:t>Ha az előírt menettávolság nem teljesült, további képzés szükséges annak eléréséig. Ha az oktató a kötelező óraszám teljesítése után további felkészülést javasol, a tanulóval egyeztetett gyakorlati pótórák vehetők igénybe. A pótórák óradíja megegyezik az adott tanulóra irányadó gyakorlati alapóradíjjal.</w:t>
      </w:r>
    </w:p>
    <w:p w:rsidR="003646EE" w:rsidRDefault="00150FB1">
      <w:r>
        <w:t>A tanuló elméleti- és gyakorlati vezetési pótórákat igényelhet egyénileg webes felületéről,</w:t>
      </w:r>
      <w:r>
        <w:t xml:space="preserve"> választott gyakorlati oktatójától, illetve az autósiskola ügyfélszolgálatán keresztül.</w:t>
      </w:r>
    </w:p>
    <w:p w:rsidR="004221C9" w:rsidRDefault="00256A18">
      <w:r>
        <w:t>A tanuló saját kérésére a gyakorlati képzést átmenetileg szüneteltetheti; ezt elegendő közvetlenül az oktatóval egyeztetnie. A képzés folytatása a jogszabályi határidők és az oktatói kapacitás függvénye. A szüneteltetés nem hosszabbítja meg automatikusan a sikeres elméleti vizsga érvényességét.</w:t>
      </w:r>
    </w:p>
    <w:p w:rsidR="004221C9" w:rsidRDefault="00256A18">
      <w:pPr>
        <w:pStyle w:val="Cmsor1"/>
      </w:pPr>
      <w:r>
        <w:t>5. Motoros védőfelszerelés és biztonság</w:t>
      </w:r>
    </w:p>
    <w:p w:rsidR="004221C9" w:rsidRDefault="00256A18">
      <w:r>
        <w:t>A tanuló a gyakorlati oktatásra és vizsgára saját költségén, megfelelő állapotú és méretű, a tantervi és vizsgakövetelményeknek megfelelő védőfelszerelésben köteles érkezni. Az autósiskola</w:t>
      </w:r>
      <w:r w:rsidR="007F6DDA">
        <w:t xml:space="preserve"> korlátozott számban és méretben tud védőfelszerelést</w:t>
      </w:r>
      <w:r>
        <w:t xml:space="preserve"> biztosít</w:t>
      </w:r>
      <w:r w:rsidR="007F6DDA">
        <w:t>ani</w:t>
      </w:r>
      <w:r>
        <w:t>.</w:t>
      </w:r>
    </w:p>
    <w:p w:rsidR="004221C9" w:rsidRDefault="007F6DDA">
      <w:pPr>
        <w:pStyle w:val="Felsorols"/>
        <w:ind w:left="283"/>
      </w:pPr>
      <w:r>
        <w:t>Motoros b</w:t>
      </w:r>
      <w:r w:rsidR="00256A18">
        <w:t>ukósisak</w:t>
      </w:r>
      <w:r>
        <w:t xml:space="preserve"> (szabvány szerinti)</w:t>
      </w:r>
    </w:p>
    <w:p w:rsidR="007F6DDA" w:rsidRDefault="007F6DDA" w:rsidP="007F6DDA">
      <w:pPr>
        <w:pStyle w:val="Felsorols"/>
        <w:ind w:left="283"/>
      </w:pPr>
      <w:r>
        <w:t>Szemvédő, ha a sisak nem biztosít megfelelő védelmet</w:t>
      </w:r>
    </w:p>
    <w:p w:rsidR="004221C9" w:rsidRDefault="00256A18">
      <w:pPr>
        <w:pStyle w:val="Felsorols"/>
        <w:ind w:left="283"/>
      </w:pPr>
      <w:r>
        <w:t>Motoros védőkabát</w:t>
      </w:r>
      <w:r w:rsidR="007F6DDA">
        <w:t xml:space="preserve"> protektorokkal</w:t>
      </w:r>
    </w:p>
    <w:p w:rsidR="004221C9" w:rsidRDefault="00256A18">
      <w:pPr>
        <w:pStyle w:val="Felsorols"/>
        <w:ind w:left="283"/>
      </w:pPr>
      <w:r>
        <w:t>Motoros védőnadrág</w:t>
      </w:r>
      <w:r w:rsidR="007F6DDA">
        <w:t xml:space="preserve"> protektorokkal vagy zárt nadrág kiegészítő protektorral</w:t>
      </w:r>
    </w:p>
    <w:p w:rsidR="004221C9" w:rsidRDefault="00256A18">
      <w:pPr>
        <w:pStyle w:val="Felsorols"/>
        <w:ind w:left="283"/>
      </w:pPr>
      <w:r>
        <w:t>Motoros védőkesztyű</w:t>
      </w:r>
      <w:r w:rsidR="007F6DDA">
        <w:t xml:space="preserve"> protektorral</w:t>
      </w:r>
    </w:p>
    <w:p w:rsidR="004221C9" w:rsidRDefault="00256A18">
      <w:pPr>
        <w:pStyle w:val="Felsorols"/>
        <w:ind w:left="283"/>
      </w:pPr>
      <w:r>
        <w:t>Motoros csizma vagy megfelelő védőlábbeli</w:t>
      </w:r>
    </w:p>
    <w:p w:rsidR="004221C9" w:rsidRDefault="00256A18">
      <w:r>
        <w:t>Hiányos, nem megfelelő vagy a biztonságos járművezetésre alkalmatlan felszerelés esetén az oktató az oktatást nem tarthatja meg. Ha az elmaradás a tanuló felróható mulasztásából ered, a lefoglalt óra teljes díja fizetendő; a meg nem tartott tanóra a kötelező óraszámba nem számítható be. Az oktatásban csak vezetésre alkalmas, pihent, alkohol és befolyásoló szerek hatásától mentes állapotban lehet részt venni.</w:t>
      </w:r>
    </w:p>
    <w:p w:rsidR="004221C9" w:rsidRDefault="00256A18">
      <w:pPr>
        <w:pStyle w:val="Cmsor1"/>
      </w:pPr>
      <w:r>
        <w:lastRenderedPageBreak/>
        <w:t>6. A vizsgák és a vizsgahatáridők</w:t>
      </w:r>
    </w:p>
    <w:p w:rsidR="004221C9" w:rsidRDefault="00256A18">
      <w:pPr>
        <w:pStyle w:val="Cmsor2"/>
      </w:pPr>
      <w:r>
        <w:t>6.1. Vizsgasorrend és a vizsgára bocsátás</w:t>
      </w:r>
    </w:p>
    <w:p w:rsidR="004221C9" w:rsidRDefault="00256A18">
      <w:r>
        <w:t>A vizsgák sorrendje: közlekedési alapismeretek vizsga, járműkezelési vizsga, majd forgalmi vizsga. A vizsgára bocsátás feltétele a megfelelő előképzettség, a kötelező képzés, a korhatár és a vizsgadíj teljesítése. Az ötödik sikertelen forgalmi vizsga után a jogszabályban meghatározott pályaalkalmassági vizsgálat szükséges.</w:t>
      </w:r>
    </w:p>
    <w:p w:rsidR="004221C9" w:rsidRDefault="00256A18">
      <w:r>
        <w:t>A vizsgára a szükséges érvényes személyazonosító okmányokat kell magával vinnie; „AM” képzésnél az iskolai végzettség igazolása nem szükséges.</w:t>
      </w:r>
    </w:p>
    <w:p w:rsidR="003646EE" w:rsidRDefault="00150FB1">
      <w:r>
        <w:t xml:space="preserve">Ha az érvényes okmányok közül valamelyik hiányzik, vagy a vizsgázó vizsgára alkalmatlan állapotban jelenik meg, akkor a vizsgán nem </w:t>
      </w:r>
      <w:r>
        <w:t>vehet részt, és a következő vizsgára csak új vizsgadíj befizetésével jelentkezhet.</w:t>
      </w:r>
    </w:p>
    <w:p w:rsidR="004221C9" w:rsidRDefault="00256A18">
      <w:pPr>
        <w:pStyle w:val="Cmsor2"/>
      </w:pPr>
      <w:r>
        <w:t>6.2. Jogszabályi határidők</w:t>
      </w:r>
    </w:p>
    <w:p w:rsidR="004221C9" w:rsidRDefault="00256A18">
      <w:pPr>
        <w:pStyle w:val="Felsorols"/>
        <w:ind w:left="283"/>
      </w:pPr>
      <w:r>
        <w:t>Az elméleti tanfolyam kezdetétől az első elméleti vizsgaeseményig kevesebb mint 9 hónap telhet el.</w:t>
      </w:r>
    </w:p>
    <w:p w:rsidR="004221C9" w:rsidRDefault="00256A18">
      <w:pPr>
        <w:pStyle w:val="Felsorols"/>
        <w:ind w:left="283"/>
      </w:pPr>
      <w:r>
        <w:t>A tanfolyam kezdetétől számított 12 hónapon belül sikeres elméleti vizsgát kell tenni; ellenkező esetben az elméleti képzés ismétlése szükséges.</w:t>
      </w:r>
    </w:p>
    <w:p w:rsidR="004221C9" w:rsidRDefault="00256A18">
      <w:pPr>
        <w:pStyle w:val="Felsorols"/>
        <w:ind w:left="283"/>
      </w:pPr>
      <w:r>
        <w:t>A sikeres közlekedési alapismeretek vizsgát követő két éven belül a teljes vizsgakövetelményt – így a sikeres forgalmi vizsgát – teljesíteni kell.</w:t>
      </w:r>
    </w:p>
    <w:p w:rsidR="004221C9" w:rsidRDefault="00256A18">
      <w:pPr>
        <w:pStyle w:val="Felsorols"/>
        <w:ind w:left="283"/>
      </w:pPr>
      <w:r>
        <w:t>Az „AM” tanfolyam legkorábban 13 év 6 hónapos korban kezdhető meg. A vezetői engedélyhez a betöltött 14. életév szükséges.</w:t>
      </w:r>
    </w:p>
    <w:p w:rsidR="004221C9" w:rsidRDefault="00256A18">
      <w:pPr>
        <w:pStyle w:val="Cmsor2"/>
      </w:pPr>
      <w:r>
        <w:t>6.3. Vizsgalemondás és távolmaradás</w:t>
      </w:r>
    </w:p>
    <w:p w:rsidR="004221C9" w:rsidRDefault="00F86B92">
      <w:r>
        <w:t>A</w:t>
      </w:r>
      <w:r w:rsidR="00256A18">
        <w:t xml:space="preserve"> vizsga a vizsgát megelőző 8. naptári napig mondható le úgy, hogy a vizsgadíj ne kerüljön végleges levonásra. Meg nem jelenéskor, illetve határidőn túli lemondáskor az új vizsga rendszerint ismételt díjfizetéshez kötött; önhibán kívüli mulasztás igazolására a Vizsgaközpont aktuális szabályai szerint kérelem terjeszthető elő. A vizsga helyét és idejét a Vizsgaközpont állapítja meg.</w:t>
      </w:r>
    </w:p>
    <w:p w:rsidR="00F86B92" w:rsidRDefault="00F86B92">
      <w:r>
        <w:t xml:space="preserve">Az autósiskola azt kéri, hogy a tanuló a már kitűzött vizsga lemondási szándékát legalább 10 naptári nappal a vizsga előtt telefonon vagy e-mailben jelezze. Az iskola a rendelkezésére álló hatósági rendszerben intézi a lemondást. </w:t>
      </w:r>
    </w:p>
    <w:p w:rsidR="004221C9" w:rsidRDefault="00256A18" w:rsidP="00F86B92">
      <w:pPr>
        <w:pStyle w:val="Cmsor1"/>
      </w:pPr>
      <w:r>
        <w:t>7. Képzési, vizsga- és egyéb díjak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087"/>
        <w:gridCol w:w="2920"/>
      </w:tblGrid>
      <w:tr w:rsidR="004221C9">
        <w:trPr>
          <w:cantSplit/>
          <w:tblHeader/>
          <w:jc w:val="center"/>
        </w:trPr>
        <w:tc>
          <w:tcPr>
            <w:tcW w:w="7087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Díjtétel</w:t>
            </w:r>
          </w:p>
        </w:tc>
        <w:tc>
          <w:tcPr>
            <w:tcW w:w="2920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Összeg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Elmélet – tantermi 16 tanóra vagy alap e-learning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42 900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Választható e-learning elsősegély-tananyag felára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2 000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E-learning póthozzáférés – 30 nap / 10 óra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5 000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Gyakorlati alap- és pótóra (50 perc)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11 800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Gyakorlati díj (11 × 11 800 Ft)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129 800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KRESZ-vizsga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12 700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Járműkezelési vizsga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8 700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Forgalmi vizsga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8 700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Alapvizsgák összesen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30 100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Teljes alap képzési és vizsgadíj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202 800 Ft</w:t>
            </w:r>
          </w:p>
        </w:tc>
      </w:tr>
    </w:tbl>
    <w:p w:rsidR="00F86B92" w:rsidRDefault="00F86B92" w:rsidP="00F86B92">
      <w:pPr>
        <w:pStyle w:val="Cmsor2"/>
        <w:ind w:firstLine="720"/>
      </w:pPr>
      <w:r>
        <w:t>Egyéb díjak</w:t>
      </w:r>
    </w:p>
    <w:p w:rsidR="00F86B92" w:rsidRDefault="00F86B92" w:rsidP="00F86B92">
      <w:pPr>
        <w:spacing w:before="40" w:after="20"/>
        <w:ind w:firstLine="720"/>
      </w:pPr>
      <w:r>
        <w:t>A közúti elsősegélynyújtó vizsga díja 2026. január 1-jétől 20 900 Ft</w:t>
      </w:r>
      <w:r w:rsidR="00256A18">
        <w:t xml:space="preserve">, Magyar Vöröskeresztnél fizetendő. </w:t>
      </w:r>
    </w:p>
    <w:p w:rsidR="00256A18" w:rsidRDefault="00256A18" w:rsidP="00256A18">
      <w:pPr>
        <w:spacing w:before="40" w:after="20"/>
        <w:ind w:firstLine="720"/>
      </w:pPr>
      <w:r>
        <w:rPr>
          <w:rFonts w:hint="eastAsia"/>
        </w:rPr>
        <w:t>A jogosítvány kiállításának illetéke alapeljárásban 6.900 Ft, de az első jogosítvány kiváltása 25 éves kor alatt illetékmentes!</w:t>
      </w:r>
    </w:p>
    <w:p w:rsidR="004221C9" w:rsidRDefault="00256A18">
      <w:pPr>
        <w:pStyle w:val="Cmsor2"/>
      </w:pPr>
      <w:r>
        <w:t>7.1. A befizetés ütemezése</w:t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087"/>
        <w:gridCol w:w="2920"/>
      </w:tblGrid>
      <w:tr w:rsidR="004221C9">
        <w:trPr>
          <w:cantSplit/>
          <w:tblHeader/>
          <w:jc w:val="center"/>
        </w:trPr>
        <w:tc>
          <w:tcPr>
            <w:tcW w:w="7087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Részlet / esedékesség</w:t>
            </w:r>
          </w:p>
        </w:tc>
        <w:tc>
          <w:tcPr>
            <w:tcW w:w="2920" w:type="dxa"/>
            <w:shd w:val="clear" w:color="auto" w:fill="D7E9EC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b/>
                <w:sz w:val="17"/>
              </w:rPr>
              <w:t>Összeg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I. részlet – beiratkozáskor (elmélet és vizsgadíjak)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73 000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II. részlet – gyakorlati oktatás előtt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129 800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III. részlet – további fizetés nem szükséges</w:t>
            </w:r>
          </w:p>
        </w:tc>
        <w:tc>
          <w:tcPr>
            <w:tcW w:w="2920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0 Ft</w:t>
            </w:r>
          </w:p>
        </w:tc>
      </w:tr>
      <w:tr w:rsidR="004221C9">
        <w:trPr>
          <w:cantSplit/>
          <w:jc w:val="center"/>
        </w:trPr>
        <w:tc>
          <w:tcPr>
            <w:tcW w:w="7087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Összesen – kamatmentes részletekben</w:t>
            </w:r>
          </w:p>
        </w:tc>
        <w:tc>
          <w:tcPr>
            <w:tcW w:w="2920" w:type="dxa"/>
            <w:shd w:val="clear" w:color="auto" w:fill="F4F8F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4221C9" w:rsidRDefault="00256A18">
            <w:pPr>
              <w:widowControl w:val="0"/>
              <w:spacing w:after="0" w:line="240" w:lineRule="auto"/>
            </w:pPr>
            <w:r>
              <w:rPr>
                <w:sz w:val="17"/>
              </w:rPr>
              <w:t>202 800 Ft</w:t>
            </w:r>
          </w:p>
        </w:tc>
      </w:tr>
    </w:tbl>
    <w:p w:rsidR="004221C9" w:rsidRDefault="00256A18">
      <w:r>
        <w:t>A vizsgadíjak előzetes beszedése nem jelent automatikus vizsgaidőpont-garanciát. Az autósiskola a befizetett hatósági vizsgadíjakat elszámolás céljából kezeli. A későbbi hatósági vizsgadíjváltozásból eredő különbözetet a vonatkozó jogszabályi feltételek szerint kell kezelni.</w:t>
      </w:r>
    </w:p>
    <w:p w:rsidR="004221C9" w:rsidRDefault="00256A18">
      <w:pPr>
        <w:pStyle w:val="Cmsor2"/>
      </w:pPr>
      <w:r>
        <w:t>7.2. Fizetési módok</w:t>
      </w:r>
    </w:p>
    <w:p w:rsidR="004221C9" w:rsidRDefault="00256A18">
      <w:pPr>
        <w:pStyle w:val="Felsorols"/>
        <w:ind w:left="283"/>
      </w:pPr>
      <w:r>
        <w:t>Készpénz: személyesen a 1134 Budapest, Kassák Lajos utca 32. szám alatti ügyfélfogadó irodában.</w:t>
      </w:r>
    </w:p>
    <w:p w:rsidR="004221C9" w:rsidRDefault="00256A18">
      <w:pPr>
        <w:pStyle w:val="Felsorols"/>
        <w:ind w:left="283"/>
      </w:pPr>
      <w:r>
        <w:t>Banki átutalás: Fordulat Szolgáltató Kft., 30400001-00000000-51784780</w:t>
      </w:r>
    </w:p>
    <w:p w:rsidR="004221C9" w:rsidRDefault="00256A18">
      <w:pPr>
        <w:pStyle w:val="Felsorols"/>
        <w:ind w:left="283"/>
      </w:pPr>
      <w:r>
        <w:t>Online bankkártya: az e-Titán rendszerben, az elméleti és gyakorlati képzési díjakra és a rendszerben elérhető vizsgadíjakra is.</w:t>
      </w:r>
    </w:p>
    <w:p w:rsidR="004221C9" w:rsidRDefault="00256A18">
      <w:r>
        <w:t>A képzési díj beszedésére és bizonylatolására kizárólag a képző szerv jogosult. A szakoktató a tanulótól oktatási díjat vagy más ellenértéket nem vehet át.</w:t>
      </w:r>
    </w:p>
    <w:p w:rsidR="004221C9" w:rsidRDefault="00256A18">
      <w:pPr>
        <w:pStyle w:val="Cmsor2"/>
      </w:pPr>
      <w:r>
        <w:lastRenderedPageBreak/>
        <w:t>7.3. Árváltoztatás és díjgarancia</w:t>
      </w:r>
    </w:p>
    <w:p w:rsidR="004221C9" w:rsidRDefault="00256A18">
      <w:r>
        <w:t>A gyakorlati óradíjat az autósiskola az első ténylegesen megtartott gyakorlati órától számított 3 hónapig garantálja. Az új óradíjakat a honlapon teszi közzé. A már befizetett, de még le nem vezetett gyakorlati órákat a tanuló a befizetéskor érvényes óradíjon teljesítheti, a 3 hónapos garanciaidő lejárta után is. Az óradíj változása ezekre az órákra utólagos pótdíjat nem eredményez.</w:t>
      </w:r>
    </w:p>
    <w:p w:rsidR="004221C9" w:rsidRDefault="00256A18">
      <w:pPr>
        <w:pStyle w:val="Cmsor1"/>
      </w:pPr>
      <w:r>
        <w:t>8. Gyakorlati időpontok lemondása és elmaradása</w:t>
      </w:r>
    </w:p>
    <w:p w:rsidR="004221C9" w:rsidRDefault="00256A18">
      <w:r>
        <w:t>A tanuló a gyakorlati óra lemondását közvetlenül a gyakorlati oktatónak, telefonon vagy üzenetben köteles jelezni. A megbeszélt kezdési időpont előtt legalább 48 órával közölt lemondás díjmentes. A 48 órán belüli, a tanulónak felróható lemondás vagy előzetes értesítés nélküli távolmaradás esetén a teljes lefoglalt óradíj fizetendő. A meg nem tartott óra nem minősül teljesített gyakorlati tanórának.</w:t>
      </w:r>
    </w:p>
    <w:p w:rsidR="004221C9" w:rsidRDefault="00256A18">
      <w:r>
        <w:t>Amennyiben az óra az iskola vagy az oktató érdekkörében felmerült okból, illetve a biztonságos motoros oktatást akadályozó időjárás vagy egyéb objektív körülmény miatt marad el, az elmaradt óra díja nem kerül felszámításra.</w:t>
      </w:r>
    </w:p>
    <w:p w:rsidR="004221C9" w:rsidRDefault="00256A18">
      <w:pPr>
        <w:pStyle w:val="Cmsor1"/>
      </w:pPr>
      <w:r>
        <w:t>9. Iskolaváltás, megszűnés és elszámolás</w:t>
      </w:r>
    </w:p>
    <w:p w:rsidR="004221C9" w:rsidRDefault="00256A18">
      <w:r>
        <w:t>A tanuló jogosult képzését másik képző szervnél folytatni. Az áthelyezéshez szükséges képzési igazolást a Fordulat Autósiskola a tanuló írásban vagy igazolható módon közölt kérésétől számított 3 munkanapon belül kiállítja és átadja. A képző szerv a teljesített szolgáltatásokat elszámolja. A fel nem használt, visszajáró képzési díjat az elszámolás lezárását követő 8 naptári napon belül visszatéríti. Másik iskolából érkező tanuló részére – ha az adott átvételi helyzetben alkalmazandó – 19 500 Ft külön vizsgaszervezési és adminisztrációs díjat számít fel; ez nem hatósági vizsgadíj.</w:t>
      </w:r>
    </w:p>
    <w:p w:rsidR="004221C9" w:rsidRDefault="00256A18">
      <w:pPr>
        <w:pStyle w:val="Cmsor2"/>
      </w:pPr>
      <w:r>
        <w:t>9.1. E-learning díj visszatérítése</w:t>
      </w:r>
    </w:p>
    <w:p w:rsidR="004221C9" w:rsidRDefault="00256A18">
      <w:r>
        <w:t>Amennyiben az e-learning tananyagot a tanuló még nem aktiválta, az autósiskola a megfizetett e-learning tandíjat teljes egészében visszatéríti. A már aktivált és megkezdett e-learning ta</w:t>
      </w:r>
      <w:r w:rsidR="00C319EB">
        <w:t>nanyag díját az iskola</w:t>
      </w:r>
      <w:r>
        <w:t xml:space="preserve"> nem téríti vissza. </w:t>
      </w:r>
    </w:p>
    <w:p w:rsidR="004221C9" w:rsidRDefault="00256A18">
      <w:pPr>
        <w:pStyle w:val="Cmsor1"/>
      </w:pPr>
      <w:r>
        <w:t>10. Elsősegélyvizsga és mentességek</w:t>
      </w:r>
    </w:p>
    <w:p w:rsidR="004221C9" w:rsidRDefault="00256A18">
      <w:r>
        <w:t>Elsősegélynyújtás tanfolyam elvégzése és igazolás megszerzése egyénileg történik. Az autósiskola jelenleg nem szervez</w:t>
      </w:r>
      <w:r w:rsidR="00C319EB">
        <w:t xml:space="preserve"> gyakorlati</w:t>
      </w:r>
      <w:r>
        <w:t xml:space="preserve"> elsősegélynyújtó tanfolyamot. Az elsősegélyvizsgára a tanuló önállóan jelentkezik a Magyar Vöröskeresztnél, és a díjat közvetlenül a vizsgaszervező részére fizeti meg. A közúti elsősegélynyújtó vizsga díja 2026. január 1-jétől 20 900 Ft</w:t>
      </w:r>
      <w:r w:rsidR="00C319EB">
        <w:t xml:space="preserve">. </w:t>
      </w:r>
      <w:r>
        <w:t>Az elsősegélyvizsga igazolása vagy az azzal egyenértékű mentesség a vezetői engedély kiadásánál szükséges, de nem általános feltétele az elméleti vagy gyakorlati oktatás megkezdésének. A mentességet a 31/1992. (XII. 19.) NM rendelet és az egyéb alkalmazandó szabályok alapján kell megállapítani.</w:t>
      </w:r>
    </w:p>
    <w:p w:rsidR="003646EE" w:rsidRDefault="00150FB1">
      <w:r>
        <w:t>Vizsgázni a Magyar Vöröskeresztnél hétköznapokon, az alábbi budapesti vizsgahelyszíneken lehet:</w:t>
      </w:r>
      <w:r>
        <w:br/>
        <w:t>• 1130 Bp., Váci út 67.</w:t>
      </w:r>
      <w:r>
        <w:br/>
        <w:t>• 1117 Bp., Erőmű u. 6.</w:t>
      </w:r>
      <w:r>
        <w:br/>
        <w:t>Jelentkezés: https://voroskereszt.hu/elsos</w:t>
      </w:r>
      <w:r>
        <w:t>egely/vizsgak/ Tel.:+36-1/373-0730; 373-0444</w:t>
      </w:r>
    </w:p>
    <w:p w:rsidR="00F312D8" w:rsidRDefault="00C35443">
      <w:pPr>
        <w:pStyle w:val="Cmsor1"/>
      </w:pPr>
      <w:r>
        <w:t>11. A vezetői engedély kiadása</w:t>
      </w:r>
    </w:p>
    <w:p w:rsidR="003646EE" w:rsidRDefault="00150FB1">
      <w:pPr>
        <w:pStyle w:val="Cmsor1"/>
      </w:pPr>
      <w:r>
        <w:t>Az ezzel a kategóriával vezethető járművek: segédmotor (max. 50 cm³), állati erővel vont jármű és kerti traktor.</w:t>
      </w:r>
    </w:p>
    <w:p w:rsidR="00A6439F" w:rsidRDefault="00A6439F">
      <w:r>
        <w:t>A Vizsgaközpont a sikeres vizsgáról kiállított vizsgaigazolást az illetékes közlekedési igazgatási hatóság részére megküldi. A tanuló sikeres vizsgáját követően 3 munkanap után az okmányirodák bármelyikében igényelheti: érvényes személyi igazolvánnyal, lakcím kártyával, elsősegély elvégzését igazoló kártyával, orvosi alkalmassági igazolással, illetve – már meglévő – érvényes vezetői engedélyének bemutatásával. nem magyar állampolgároknak 6 hónapos tartózkodási engedély vagy állandó bejelentett lakcím igazolása szükséges.</w:t>
      </w:r>
    </w:p>
    <w:p w:rsidR="00A6439F" w:rsidRDefault="00A6439F">
      <w:r w:rsidRPr="00A6439F">
        <w:t>ELSŐ VEZETŐI ENGEDÉLY AUTOMATIKUS HIVATALBÓLI KIÁLLÍTÁSA: Az első vezetői engedély automatikus hivatalbóli kiállításával kapcsolatos részletes tudnivalók, úgymint: - jogosultak köre, - az alábbi linken tekinthető meg: https://nyilvantarto.hu/hu/vezetoiengedely_automata_elso</w:t>
      </w:r>
    </w:p>
    <w:p w:rsidR="004221C9" w:rsidRDefault="00256A18">
      <w:pPr>
        <w:pStyle w:val="Cmsor1"/>
      </w:pPr>
      <w:r>
        <w:t>12. A tanuló és a képző szerv jogai, kötelezettségei</w:t>
      </w:r>
    </w:p>
    <w:p w:rsidR="004221C9" w:rsidRDefault="00256A18">
      <w:pPr>
        <w:pStyle w:val="Cmsor2"/>
      </w:pPr>
      <w:r>
        <w:t>12.1. A tanuló jogai</w:t>
      </w:r>
    </w:p>
    <w:p w:rsidR="004221C9" w:rsidRDefault="00256A18">
      <w:pPr>
        <w:pStyle w:val="Felsorols"/>
        <w:ind w:left="283"/>
      </w:pPr>
      <w:r>
        <w:t>A képzési programról, a díjakról, a vizsgakövetelményekről és határidőkről előzetes, érthető tájékoztatás.</w:t>
      </w:r>
    </w:p>
    <w:p w:rsidR="004221C9" w:rsidRDefault="00256A18">
      <w:pPr>
        <w:pStyle w:val="Felsorols"/>
        <w:ind w:left="283"/>
      </w:pPr>
      <w:r>
        <w:t>A teljesített tanórák és a képzés előrehaladásának szabályszerű dokumentálása és igazolása.</w:t>
      </w:r>
    </w:p>
    <w:p w:rsidR="004221C9" w:rsidRDefault="00256A18">
      <w:pPr>
        <w:pStyle w:val="Felsorols"/>
        <w:ind w:left="283"/>
      </w:pPr>
      <w:r>
        <w:t>Indokolt panasz, kifogás vagy jogorvoslat előterjesztése a jogszabály szerinti fórumokhoz.</w:t>
      </w:r>
    </w:p>
    <w:p w:rsidR="004221C9" w:rsidRDefault="00256A18">
      <w:pPr>
        <w:pStyle w:val="Felsorols"/>
        <w:ind w:left="283"/>
      </w:pPr>
      <w:r>
        <w:t>Iskolaváltás, a képzési igazolás határidőben történő kézhezvétele és a fel nem használt díjak elszámolása.</w:t>
      </w:r>
    </w:p>
    <w:p w:rsidR="004221C9" w:rsidRDefault="00256A18">
      <w:pPr>
        <w:pStyle w:val="Cmsor2"/>
      </w:pPr>
      <w:r>
        <w:t>12.2. A tanuló kötelezettségei</w:t>
      </w:r>
    </w:p>
    <w:p w:rsidR="004221C9" w:rsidRDefault="00256A18">
      <w:pPr>
        <w:pStyle w:val="Felsorols"/>
        <w:ind w:left="283"/>
      </w:pPr>
      <w:r>
        <w:t>Valós és naprakész jelentkezési, alkalmassági és kapcsolattartási adatok közlése; szükséges dokumentumok bemutatása.</w:t>
      </w:r>
    </w:p>
    <w:p w:rsidR="004221C9" w:rsidRDefault="00256A18">
      <w:pPr>
        <w:pStyle w:val="Felsorols"/>
        <w:ind w:left="283"/>
      </w:pPr>
      <w:r>
        <w:t>A tantermi és gyakorlati órákon, illetve a vizsgákon az előírt feltételek szerinti részvétel.</w:t>
      </w:r>
    </w:p>
    <w:p w:rsidR="004221C9" w:rsidRDefault="00256A18">
      <w:pPr>
        <w:pStyle w:val="Felsorols"/>
        <w:ind w:left="283"/>
      </w:pPr>
      <w:r>
        <w:t>A motoros védőfelszerelések biztosítása, az oktató biztonsági utasításainak betartása.</w:t>
      </w:r>
    </w:p>
    <w:p w:rsidR="004221C9" w:rsidRDefault="00256A18">
      <w:pPr>
        <w:pStyle w:val="Felsorols"/>
        <w:ind w:left="283"/>
      </w:pPr>
      <w:r>
        <w:t>A díjak szerződés szerinti megfizetése és a teljesített órák megfelelő igazolása.</w:t>
      </w:r>
    </w:p>
    <w:p w:rsidR="008D2F06" w:rsidRDefault="008D2F06">
      <w:pPr>
        <w:pStyle w:val="Felsorols"/>
        <w:ind w:left="283"/>
      </w:pPr>
      <w:r>
        <w:t>Az ötödik sikertelen forgalmi vizsga esetén, a tanulónak PÁV vizsgálaton kell részt venni. Az előírt vizsgálatokat a hatályos 41/2004. (IV. 7.) GKM rendelet tartalmazza.</w:t>
      </w:r>
    </w:p>
    <w:p w:rsidR="004221C9" w:rsidRDefault="00256A18">
      <w:pPr>
        <w:pStyle w:val="Cmsor2"/>
      </w:pPr>
      <w:r>
        <w:t>12.3. A képző szerv kötelezettségei</w:t>
      </w:r>
    </w:p>
    <w:p w:rsidR="004221C9" w:rsidRDefault="00256A18">
      <w:r>
        <w:t xml:space="preserve">Az iskola biztosítja a jogszabályi és engedélyezési előírásoknak megfelelő oktatást, az ahhoz szükséges oktatójárművet és helyszíneket, az oktatás dokumentálását, az előzetes és folyamatos tájékoztatást, a vizsgajelentkezéshez szükséges közreműködést és az előírt </w:t>
      </w:r>
      <w:r>
        <w:lastRenderedPageBreak/>
        <w:t>bizonylatolást. A vizsgaeredményre, a vizsgaidőpont tényleges kitűzésére vagy a vezetői engedély kiadására eredménygaranciát nem vállalhat.</w:t>
      </w:r>
    </w:p>
    <w:p w:rsidR="004221C9" w:rsidRDefault="00256A18">
      <w:pPr>
        <w:pStyle w:val="Cmsor1"/>
      </w:pPr>
      <w:r>
        <w:t>13. Panaszkezelés és jogorvoslat</w:t>
      </w:r>
    </w:p>
    <w:p w:rsidR="004221C9" w:rsidRDefault="00256A18">
      <w:r>
        <w:t>A panaszok kivizsgálásának felelőse Hartman Sándor iskolavezető. Panasz személyesen a 1134 Budapest, Kassák Lajos utca 32. szám alatt, telefonon (+36 70 883 8484), e-mailben (info@fordulatjogositvany.hu) vagy postai úton a székhely címén nyújtható be.</w:t>
      </w:r>
    </w:p>
    <w:p w:rsidR="004221C9" w:rsidRDefault="00A6439F">
      <w:r>
        <w:t>A</w:t>
      </w:r>
      <w:r w:rsidR="00256A18">
        <w:t xml:space="preserve"> panaszra a beérkezéstől számított 30 napon belül érdemi, írásbeli választ ad; elutasítás esetén indokolással és a jogorvoslati lehetőségekről szóló tájékoztatással.</w:t>
      </w:r>
    </w:p>
    <w:p w:rsidR="004221C9" w:rsidRDefault="00256A18">
      <w:pPr>
        <w:pStyle w:val="Cmsor2"/>
      </w:pPr>
      <w:r>
        <w:t>13.1. Külső panasz- és jogorvoslati fórumok</w:t>
      </w:r>
    </w:p>
    <w:tbl>
      <w:tblPr>
        <w:tblStyle w:val="Rcsostblzat"/>
        <w:tblW w:w="10008" w:type="dxa"/>
        <w:jc w:val="center"/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/>
      </w:tblPr>
      <w:tblGrid>
        <w:gridCol w:w="4877"/>
        <w:gridCol w:w="5131"/>
      </w:tblGrid>
      <w:tr w:rsidR="003B2BC7" w:rsidTr="003B2BC7">
        <w:trPr>
          <w:cantSplit/>
          <w:tblHeader/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9EC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b/>
                <w:sz w:val="17"/>
              </w:rPr>
              <w:t>Szervezet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9EC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b/>
                <w:sz w:val="17"/>
              </w:rPr>
              <w:t>Elérhetőség / illetékesség</w:t>
            </w:r>
          </w:p>
        </w:tc>
      </w:tr>
      <w:tr w:rsidR="003B2BC7" w:rsidTr="003B2BC7">
        <w:trPr>
          <w:cantSplit/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sz w:val="17"/>
              </w:rPr>
              <w:t>KAV – Közlekedési Alkalmassági és Vizsgaközpont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sz w:val="17"/>
              </w:rPr>
              <w:t>info@kavk.hu; www.vizsgakozpont.hu</w:t>
            </w:r>
          </w:p>
        </w:tc>
      </w:tr>
      <w:tr w:rsidR="003B2BC7" w:rsidTr="003B2BC7">
        <w:trPr>
          <w:cantSplit/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8F9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sz w:val="17"/>
              </w:rPr>
              <w:t>Képzést engedélyező közlekedési hatóság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8F9"/>
            <w:vAlign w:val="center"/>
            <w:hideMark/>
          </w:tcPr>
          <w:p w:rsidR="003B2BC7" w:rsidRDefault="003B2BC7">
            <w:pPr>
              <w:widowControl w:val="0"/>
              <w:suppressAutoHyphens/>
              <w:spacing w:after="0" w:line="240" w:lineRule="auto"/>
            </w:pPr>
            <w:r>
              <w:rPr>
                <w:sz w:val="17"/>
              </w:rPr>
              <w:t>KÖZLEKEDÉSI ÉS BERUHÁZÁSI MINISZTÉRIUM – Közúti Gépjármű-közlekedési Hatósági Főosztály; kepzes-kghf@kbm.gov.hu</w:t>
            </w:r>
          </w:p>
        </w:tc>
      </w:tr>
    </w:tbl>
    <w:p w:rsidR="003B2BC7" w:rsidRDefault="003B2BC7" w:rsidP="003B2BC7">
      <w:r>
        <w:t>A vizsga lebonyolításával vagy eredményével kapcsolatos jogorvoslati lehetőségek a Vizsgaközpont mindenkor hatályos vizsgaszabályzata és az alkalmazandó hatósági eljárási szabályok szerint vehetők igénybe.</w:t>
      </w:r>
    </w:p>
    <w:p w:rsidR="003B2BC7" w:rsidRDefault="003B2BC7" w:rsidP="003B2BC7">
      <w:pPr>
        <w:spacing w:before="60"/>
      </w:pPr>
      <w:r>
        <w:t>KÖZLEKEDÉSI ÉS BERUHÁZÁSI MINISZTÉRIUM</w:t>
      </w:r>
      <w:r>
        <w:rPr>
          <w:b/>
        </w:rPr>
        <w:t xml:space="preserve"> Közúti Gépjármű-közlekedési Hatósági Főosztály</w:t>
      </w:r>
    </w:p>
    <w:p w:rsidR="003B2BC7" w:rsidRDefault="003B2BC7" w:rsidP="003B2BC7">
      <w:pPr>
        <w:spacing w:after="20"/>
      </w:pPr>
      <w:r>
        <w:t>Képzési terület ügyfélszolgálat helye: 1138 Budapest, Váci út 188. D épület földszint</w:t>
      </w:r>
    </w:p>
    <w:p w:rsidR="003B2BC7" w:rsidRDefault="003B2BC7" w:rsidP="003B2BC7">
      <w:pPr>
        <w:spacing w:after="20"/>
      </w:pPr>
      <w:r>
        <w:t>Képzési terület e-mail címe: kepzes-kghf@kbm.gov.hu</w:t>
      </w:r>
    </w:p>
    <w:p w:rsidR="003B2BC7" w:rsidRDefault="003B2BC7" w:rsidP="003B2BC7">
      <w:pPr>
        <w:spacing w:after="20"/>
      </w:pPr>
      <w:r>
        <w:t>Telefonszám: +36 (1) 477-1551</w:t>
      </w:r>
    </w:p>
    <w:p w:rsidR="003B2BC7" w:rsidRDefault="003B2BC7" w:rsidP="003B2BC7">
      <w:pPr>
        <w:spacing w:before="60"/>
      </w:pPr>
      <w:r>
        <w:rPr>
          <w:b/>
          <w:color w:val="006F7C"/>
        </w:rPr>
        <w:t>FELÜGYELETET ELLÁTÓ SZERVEZET MEGNEVEZÉSE, ELÉRHETŐSÉGEI</w:t>
      </w:r>
    </w:p>
    <w:p w:rsidR="003B2BC7" w:rsidRDefault="003B2BC7" w:rsidP="003B2BC7">
      <w:pPr>
        <w:spacing w:before="60"/>
      </w:pPr>
      <w:r>
        <w:t>KAV Közlekedési Alkalmassági és Vizsgaközpont Képzésfelügyelet</w:t>
      </w:r>
      <w:r>
        <w:br/>
        <w:t>1119 Budapest, Petzvál József utca 39. E-mail: kf-budapest@kavk.hu</w:t>
      </w:r>
    </w:p>
    <w:p w:rsidR="004221C9" w:rsidRDefault="00256A18">
      <w:pPr>
        <w:pStyle w:val="Cmsor1"/>
      </w:pPr>
      <w:r>
        <w:t>14. Adatkezelés, dokumentumok és hatály</w:t>
      </w:r>
    </w:p>
    <w:p w:rsidR="00A6439F" w:rsidRDefault="00256A18">
      <w:r>
        <w:t>A tanulók személyes adatait a Fordulat Szolgáltató Kft. a képzésre, vizsgaszervezésre, számlázásra, jogszabályi adatszolgáltatásra és kapcsolattartásra vonatkozó előírások szerint kezeli. Az adatkezelés részleteit az iskola külön adatkezelési tájékoztatója tartalmazza</w:t>
      </w:r>
      <w:r w:rsidR="00A6439F">
        <w:t xml:space="preserve">. </w:t>
      </w:r>
    </w:p>
    <w:p w:rsidR="004221C9" w:rsidRDefault="00256A18">
      <w:r>
        <w:t>A vállalási feltételek az autósiskola honlapján és az ügyfélfogadó irodában elérhetők. A tanuló a vállalási feltételek megismerését és elfogadását a felnőttképzési szerződés aláírásával igazolja; külön aláírási oldal nem szükséges.</w:t>
      </w:r>
    </w:p>
    <w:p w:rsidR="001B2461" w:rsidRDefault="001B2461">
      <w:pPr>
        <w:tabs>
          <w:tab w:val="right" w:pos="9524"/>
        </w:tabs>
        <w:spacing w:before="220" w:after="40"/>
      </w:pPr>
      <w:r>
        <w:t>Kelt: Budapest, 2026.11.01.</w:t>
      </w:r>
      <w:r>
        <w:tab/>
        <w:t>Hartman Sándor iskolavezető</w:t>
      </w:r>
    </w:p>
    <w:sectPr w:rsidR="001B2461" w:rsidSect="00034616">
      <w:headerReference w:type="default" r:id="rId8"/>
      <w:footerReference w:type="default" r:id="rId9"/>
      <w:pgSz w:w="11906" w:h="16838"/>
      <w:pgMar w:top="992" w:right="952" w:bottom="879" w:left="952" w:header="397" w:footer="39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FB1" w:rsidRDefault="00150FB1" w:rsidP="004221C9">
      <w:pPr>
        <w:spacing w:after="0" w:line="240" w:lineRule="auto"/>
      </w:pPr>
      <w:r>
        <w:separator/>
      </w:r>
    </w:p>
  </w:endnote>
  <w:endnote w:type="continuationSeparator" w:id="1">
    <w:p w:rsidR="00150FB1" w:rsidRDefault="00150FB1" w:rsidP="0042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18" w:rsidRDefault="00256A18">
    <w:pPr>
      <w:pStyle w:val="llb"/>
      <w:jc w:val="center"/>
    </w:pPr>
    <w:r>
      <w:rPr>
        <w:color w:val="5D6C78"/>
        <w:sz w:val="14"/>
      </w:rPr>
      <w:t xml:space="preserve">Fordulat Szolgáltató Kft.  •  „AM” – segédmotoros kerékpár  •  Oldal </w:t>
    </w:r>
    <w:fldSimple w:instr="PAGE">
      <w:r w:rsidR="003B2BC7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FB1" w:rsidRDefault="00150FB1" w:rsidP="004221C9">
      <w:pPr>
        <w:spacing w:after="0" w:line="240" w:lineRule="auto"/>
      </w:pPr>
      <w:r>
        <w:separator/>
      </w:r>
    </w:p>
  </w:footnote>
  <w:footnote w:type="continuationSeparator" w:id="1">
    <w:p w:rsidR="00150FB1" w:rsidRDefault="00150FB1" w:rsidP="00422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18" w:rsidRDefault="00256A18">
    <w:pPr>
      <w:pStyle w:val="SmallNote"/>
      <w:spacing w:after="0"/>
      <w:jc w:val="right"/>
    </w:pPr>
    <w:r>
      <w:rPr>
        <w:b/>
        <w:color w:val="006F7C"/>
        <w:sz w:val="15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7EA04CF0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0018"/>
    <w:rsid w:val="00034616"/>
    <w:rsid w:val="0006063C"/>
    <w:rsid w:val="00066A56"/>
    <w:rsid w:val="000F1648"/>
    <w:rsid w:val="0015074B"/>
    <w:rsid w:val="00150FB1"/>
    <w:rsid w:val="001B2461"/>
    <w:rsid w:val="00256A18"/>
    <w:rsid w:val="0029639D"/>
    <w:rsid w:val="00326F90"/>
    <w:rsid w:val="003646EE"/>
    <w:rsid w:val="003B2BC7"/>
    <w:rsid w:val="004221C9"/>
    <w:rsid w:val="004B7E06"/>
    <w:rsid w:val="007944A4"/>
    <w:rsid w:val="007F6DDA"/>
    <w:rsid w:val="008D2F06"/>
    <w:rsid w:val="00A6439F"/>
    <w:rsid w:val="00AA1D8D"/>
    <w:rsid w:val="00B47730"/>
    <w:rsid w:val="00C07611"/>
    <w:rsid w:val="00C319EB"/>
    <w:rsid w:val="00C35443"/>
    <w:rsid w:val="00CB0664"/>
    <w:rsid w:val="00CB07BC"/>
    <w:rsid w:val="00CE7EFD"/>
    <w:rsid w:val="00F312D8"/>
    <w:rsid w:val="00F61F22"/>
    <w:rsid w:val="00F86B9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ptos" w:hAnsi="Aptos"/>
      <w:color w:val="162D42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line="240" w:lineRule="auto"/>
      <w:outlineLvl w:val="0"/>
    </w:pPr>
    <w:rPr>
      <w:rFonts w:asciiTheme="majorHAnsi" w:eastAsiaTheme="majorEastAsia" w:hAnsiTheme="majorHAnsi" w:cstheme="majorBidi"/>
      <w:b/>
      <w:bCs/>
      <w:color w:val="006F7C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10" w:after="36" w:line="240" w:lineRule="auto"/>
      <w:outlineLvl w:val="1"/>
    </w:pPr>
    <w:rPr>
      <w:rFonts w:asciiTheme="majorHAnsi" w:eastAsiaTheme="majorEastAsia" w:hAnsiTheme="majorHAnsi" w:cstheme="majorBidi"/>
      <w:b/>
      <w:bCs/>
      <w:color w:val="006F7C"/>
      <w:sz w:val="19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30" w:line="250" w:lineRule="auto"/>
      <w:ind w:left="238" w:hanging="96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Vilgostnus1">
    <w:name w:val="Világos tónus1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Vilgosrnykols1jellszn1">
    <w:name w:val="Világos árnyékolás – 1. jelölőszín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Vilgoslista1">
    <w:name w:val="Világos lista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Vilgoslista1jellszn1">
    <w:name w:val="Világos lista – 1. jelölőszín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Vilgosrcs1">
    <w:name w:val="Világos rács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Vilgosrcs1jellszn1">
    <w:name w:val="Világos rács – 1. jelölőszín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Kzepesrnykols11">
    <w:name w:val="Közepes árnyékolás 1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Kzepesrnykols11jellszn1">
    <w:name w:val="Közepes árnyékolás 1 – 1. jelölőszín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Kzepesrnykols21">
    <w:name w:val="Közepes árnyékolás 2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zepesrnykols21jellszn1">
    <w:name w:val="Közepes árnyékolás 2 – 1. jelölőszín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Kzepeslista11">
    <w:name w:val="Közepes lista 1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Kzepeslista11jellszn1">
    <w:name w:val="Közepes lista 1 – 1. jelölőszín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Kzepeslista21">
    <w:name w:val="Közepes lista 2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Kzepesrcs11">
    <w:name w:val="Közepes rács 1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Kzepesrcs21">
    <w:name w:val="Közepes rács 2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Kzepesrcs31">
    <w:name w:val="Közepes rács 3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Sttlista1">
    <w:name w:val="Sötét lista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znesrnykols1">
    <w:name w:val="Színes árnyékolás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Szneslista1">
    <w:name w:val="Színes lista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Sznesrcs1">
    <w:name w:val="Színes rács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sid w:val="004221C9"/>
    <w:pPr>
      <w:spacing w:after="60" w:line="252" w:lineRule="auto"/>
    </w:pPr>
    <w:rPr>
      <w:rFonts w:ascii="Aptos" w:hAnsi="Aptos"/>
      <w:color w:val="5D6C78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2396</Words>
  <Characters>16537</Characters>
  <Application>Microsoft Office Word</Application>
  <DocSecurity>0</DocSecurity>
  <Lines>137</Lines>
  <Paragraphs>37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Fordulat – Normál A kategóriás tanulótájékoztató és vállalási feltételek</vt:lpstr>
      <vt:lpstr/>
    </vt:vector>
  </TitlesOfParts>
  <Manager/>
  <Company/>
  <LinksUpToDate>false</LinksUpToDate>
  <CharactersWithSpaces>18896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Fordulat – Normál A kategóriás tanulótájékoztató és vállalási feltételek</dc:title>
  <dc:subject>Járművezető-képzés: A kategória</dc:subject>
  <dc:creator>Fordulat Szolgáltató Kft.</dc:creator>
  <cp:keywords>A kategória, képzés, tanulótájékoztató</cp:keywords>
  <dc:description>generated by python-docx</dc:description>
  <cp:lastModifiedBy>Sanya</cp:lastModifiedBy>
  <cp:revision>7</cp:revision>
  <dcterms:created xsi:type="dcterms:W3CDTF">2013-12-23T23:15:00Z</dcterms:created>
  <dcterms:modified xsi:type="dcterms:W3CDTF">2026-10-29T08:21:00Z</dcterms:modified>
  <cp:category/>
</cp:coreProperties>
</file>